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8B9EAF" w14:textId="77777777" w:rsidR="00EA6572" w:rsidRPr="00EA6572" w:rsidRDefault="00EA6572" w:rsidP="00EA6572">
      <w:pPr>
        <w:spacing w:after="0" w:line="240" w:lineRule="auto"/>
        <w:rPr>
          <w:rFonts w:ascii="Times New Roman" w:eastAsiaTheme="minorHAnsi" w:hAnsi="Times New Roman" w:cs="Times New Roman"/>
          <w:noProof/>
          <w:sz w:val="24"/>
          <w:szCs w:val="24"/>
        </w:rPr>
      </w:pPr>
    </w:p>
    <w:p w14:paraId="565351DA" w14:textId="77777777" w:rsidR="00EA6572" w:rsidRPr="00EA6572" w:rsidRDefault="00EA6572" w:rsidP="00EA6572">
      <w:pPr>
        <w:spacing w:after="0" w:line="240" w:lineRule="auto"/>
        <w:jc w:val="center"/>
        <w:rPr>
          <w:rFonts w:ascii="Times New Roman" w:eastAsiaTheme="minorHAnsi" w:hAnsi="Times New Roman" w:cs="Times New Roman"/>
          <w:b/>
          <w:bCs/>
          <w:sz w:val="24"/>
          <w:szCs w:val="24"/>
        </w:rPr>
      </w:pPr>
      <w:r w:rsidRPr="00EA6572">
        <w:rPr>
          <w:rFonts w:ascii="Apple Color Emoji" w:eastAsiaTheme="minorHAnsi" w:hAnsi="Apple Color Emoji" w:cs="Apple Color Emoji"/>
          <w:b/>
          <w:bCs/>
          <w:sz w:val="24"/>
          <w:szCs w:val="24"/>
        </w:rPr>
        <w:t>📢</w:t>
      </w:r>
      <w:r w:rsidRPr="00EA6572">
        <w:rPr>
          <w:rFonts w:ascii="Times New Roman" w:eastAsiaTheme="minorHAnsi" w:hAnsi="Times New Roman" w:cs="Times New Roman"/>
          <w:b/>
          <w:bCs/>
          <w:sz w:val="24"/>
          <w:szCs w:val="24"/>
        </w:rPr>
        <w:t xml:space="preserve"> Scholarship Announcement Statement</w:t>
      </w:r>
    </w:p>
    <w:p w14:paraId="5577ED76" w14:textId="77777777" w:rsidR="00EA6572" w:rsidRPr="00EA6572" w:rsidRDefault="00EA6572" w:rsidP="00EA6572">
      <w:pPr>
        <w:spacing w:after="0" w:line="240" w:lineRule="auto"/>
        <w:jc w:val="center"/>
        <w:rPr>
          <w:rFonts w:ascii="Times New Roman" w:eastAsiaTheme="minorHAnsi" w:hAnsi="Times New Roman" w:cs="Times New Roman"/>
          <w:b/>
          <w:bCs/>
          <w:sz w:val="24"/>
          <w:szCs w:val="24"/>
        </w:rPr>
      </w:pPr>
    </w:p>
    <w:p w14:paraId="74DDBCD4" w14:textId="77777777" w:rsidR="00EA6572" w:rsidRPr="00EA6572" w:rsidRDefault="00EA6572" w:rsidP="00EA6572">
      <w:pPr>
        <w:spacing w:after="0" w:line="240" w:lineRule="auto"/>
        <w:jc w:val="center"/>
        <w:rPr>
          <w:rFonts w:ascii="Times New Roman" w:eastAsiaTheme="minorHAnsi" w:hAnsi="Times New Roman" w:cs="Times New Roman"/>
          <w:b/>
          <w:bCs/>
          <w:sz w:val="24"/>
          <w:szCs w:val="24"/>
        </w:rPr>
      </w:pPr>
      <w:r w:rsidRPr="00EA6572">
        <w:rPr>
          <w:rFonts w:ascii="Times New Roman" w:eastAsiaTheme="minorHAnsi" w:hAnsi="Times New Roman" w:cs="Times New Roman"/>
          <w:b/>
          <w:bCs/>
          <w:sz w:val="24"/>
          <w:szCs w:val="24"/>
        </w:rPr>
        <w:t>Introducing The George “Duck” White Legacy of A-One Scholarship</w:t>
      </w:r>
    </w:p>
    <w:p w14:paraId="79A1FF9B"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br/>
      </w:r>
    </w:p>
    <w:p w14:paraId="56D7E168"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 xml:space="preserve">A-One Support &amp; Mentorship is honored to announce the establishment of the </w:t>
      </w:r>
      <w:r w:rsidRPr="00EA6572">
        <w:rPr>
          <w:rFonts w:ascii="Times New Roman" w:eastAsiaTheme="minorHAnsi" w:hAnsi="Times New Roman" w:cs="Times New Roman"/>
          <w:i/>
          <w:iCs/>
          <w:sz w:val="24"/>
          <w:szCs w:val="24"/>
        </w:rPr>
        <w:t>George “Duck” White Legacy of A-One Scholarship</w:t>
      </w:r>
      <w:r w:rsidRPr="00EA6572">
        <w:rPr>
          <w:rFonts w:ascii="Times New Roman" w:eastAsiaTheme="minorHAnsi" w:hAnsi="Times New Roman" w:cs="Times New Roman"/>
          <w:sz w:val="24"/>
          <w:szCs w:val="24"/>
        </w:rPr>
        <w:t xml:space="preserve">, created in loving memory of the late </w:t>
      </w:r>
      <w:r w:rsidRPr="00EA6572">
        <w:rPr>
          <w:rFonts w:ascii="Times New Roman" w:eastAsiaTheme="minorHAnsi" w:hAnsi="Times New Roman" w:cs="Times New Roman"/>
          <w:b/>
          <w:bCs/>
          <w:sz w:val="24"/>
          <w:szCs w:val="24"/>
        </w:rPr>
        <w:t>George White</w:t>
      </w:r>
      <w:r w:rsidRPr="00EA6572">
        <w:rPr>
          <w:rFonts w:ascii="Times New Roman" w:eastAsiaTheme="minorHAnsi" w:hAnsi="Times New Roman" w:cs="Times New Roman"/>
          <w:sz w:val="24"/>
          <w:szCs w:val="24"/>
        </w:rPr>
        <w:t xml:space="preserve"> — a proud business owner, master craftsman, and dedicated member of the Masonic Fraternity.</w:t>
      </w:r>
    </w:p>
    <w:p w14:paraId="32EF359D" w14:textId="77777777" w:rsidR="00EA6572" w:rsidRPr="00EA6572" w:rsidRDefault="00EA6572" w:rsidP="00EA6572">
      <w:pPr>
        <w:spacing w:after="0" w:line="240" w:lineRule="auto"/>
        <w:rPr>
          <w:rFonts w:ascii="Times New Roman" w:eastAsiaTheme="minorHAnsi" w:hAnsi="Times New Roman" w:cs="Times New Roman"/>
          <w:sz w:val="24"/>
          <w:szCs w:val="24"/>
        </w:rPr>
      </w:pPr>
    </w:p>
    <w:p w14:paraId="1DE891EB"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 xml:space="preserve">Mr. White spent his life </w:t>
      </w:r>
      <w:r w:rsidRPr="00EA6572">
        <w:rPr>
          <w:rFonts w:ascii="Times New Roman" w:eastAsiaTheme="minorHAnsi" w:hAnsi="Times New Roman" w:cs="Times New Roman"/>
          <w:i/>
          <w:iCs/>
          <w:sz w:val="24"/>
          <w:szCs w:val="24"/>
        </w:rPr>
        <w:t>building</w:t>
      </w:r>
      <w:r w:rsidRPr="00EA6572">
        <w:rPr>
          <w:rFonts w:ascii="Times New Roman" w:eastAsiaTheme="minorHAnsi" w:hAnsi="Times New Roman" w:cs="Times New Roman"/>
          <w:sz w:val="24"/>
          <w:szCs w:val="24"/>
        </w:rPr>
        <w:t>—not just homes and structures through his successful construction company, but also building people, opportunities, and communities. His unwavering dedication to hard work, integrity, and brotherhood continues to inspire us all.</w:t>
      </w:r>
    </w:p>
    <w:p w14:paraId="7E329B97"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This scholarship is designed to carry forward his legacy by supporting students who share his spirit of service, leadership, and perseverance.</w:t>
      </w:r>
    </w:p>
    <w:p w14:paraId="7687EB09" w14:textId="77777777" w:rsidR="00EA6572" w:rsidRPr="00EA6572" w:rsidRDefault="00EA6572" w:rsidP="00EA6572">
      <w:pPr>
        <w:spacing w:after="0" w:line="240" w:lineRule="auto"/>
        <w:rPr>
          <w:rFonts w:ascii="Times New Roman" w:eastAsiaTheme="minorHAnsi" w:hAnsi="Times New Roman" w:cs="Times New Roman"/>
          <w:sz w:val="24"/>
          <w:szCs w:val="24"/>
        </w:rPr>
      </w:pPr>
    </w:p>
    <w:p w14:paraId="5750A9C9"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b/>
          <w:bCs/>
          <w:sz w:val="24"/>
          <w:szCs w:val="24"/>
        </w:rPr>
        <w:t>Scholarship Focus:</w:t>
      </w:r>
    </w:p>
    <w:p w14:paraId="4C8E650D" w14:textId="77777777" w:rsidR="00EA6572" w:rsidRPr="00EA6572" w:rsidRDefault="00EA6572" w:rsidP="00EA6572">
      <w:pPr>
        <w:numPr>
          <w:ilvl w:val="0"/>
          <w:numId w:val="14"/>
        </w:num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 xml:space="preserve">Supporting youth pursuing </w:t>
      </w:r>
      <w:r w:rsidRPr="00EA6572">
        <w:rPr>
          <w:rFonts w:ascii="Times New Roman" w:eastAsiaTheme="minorHAnsi" w:hAnsi="Times New Roman" w:cs="Times New Roman"/>
          <w:b/>
          <w:bCs/>
          <w:sz w:val="24"/>
          <w:szCs w:val="24"/>
        </w:rPr>
        <w:t>college, trade school, or vocational training</w:t>
      </w:r>
      <w:r w:rsidRPr="00EA6572">
        <w:rPr>
          <w:rFonts w:ascii="Times New Roman" w:eastAsiaTheme="minorHAnsi" w:hAnsi="Times New Roman" w:cs="Times New Roman"/>
          <w:sz w:val="24"/>
          <w:szCs w:val="24"/>
        </w:rPr>
        <w:t>, prioritizing those with educational focus in construction, engineering, architecture, business administration or skilled trades.</w:t>
      </w:r>
    </w:p>
    <w:p w14:paraId="0DC7862F" w14:textId="77777777" w:rsidR="00EA6572" w:rsidRPr="00EA6572" w:rsidRDefault="00EA6572" w:rsidP="00EA6572">
      <w:pPr>
        <w:numPr>
          <w:ilvl w:val="0"/>
          <w:numId w:val="14"/>
        </w:num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 xml:space="preserve">Recognizing students who demonstrate </w:t>
      </w:r>
      <w:r w:rsidRPr="00EA6572">
        <w:rPr>
          <w:rFonts w:ascii="Times New Roman" w:eastAsiaTheme="minorHAnsi" w:hAnsi="Times New Roman" w:cs="Times New Roman"/>
          <w:b/>
          <w:bCs/>
          <w:sz w:val="24"/>
          <w:szCs w:val="24"/>
        </w:rPr>
        <w:t>leadership, integrity, and a commitment to community service</w:t>
      </w:r>
      <w:r w:rsidRPr="00EA6572">
        <w:rPr>
          <w:rFonts w:ascii="Times New Roman" w:eastAsiaTheme="minorHAnsi" w:hAnsi="Times New Roman" w:cs="Times New Roman"/>
          <w:sz w:val="24"/>
          <w:szCs w:val="24"/>
        </w:rPr>
        <w:t>.</w:t>
      </w:r>
    </w:p>
    <w:p w14:paraId="3A73601D" w14:textId="77777777" w:rsidR="00EA6572" w:rsidRPr="00EA6572" w:rsidRDefault="00EA6572" w:rsidP="00EA6572">
      <w:pPr>
        <w:numPr>
          <w:ilvl w:val="0"/>
          <w:numId w:val="14"/>
        </w:num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Investing in next generation of leaders who carry forward George “Duck” White’s spirit of excellence, generosity, and determination.</w:t>
      </w:r>
    </w:p>
    <w:p w14:paraId="773B045C" w14:textId="77777777" w:rsidR="00EA6572" w:rsidRPr="00EA6572" w:rsidRDefault="00EA6572" w:rsidP="00EA6572">
      <w:pPr>
        <w:spacing w:after="0" w:line="240" w:lineRule="auto"/>
        <w:ind w:left="720"/>
        <w:rPr>
          <w:rFonts w:ascii="Times New Roman" w:eastAsiaTheme="minorHAnsi" w:hAnsi="Times New Roman" w:cs="Times New Roman"/>
          <w:sz w:val="24"/>
          <w:szCs w:val="24"/>
        </w:rPr>
      </w:pPr>
    </w:p>
    <w:p w14:paraId="2E2336BB"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Through this scholarship, we will honor his memory and invest in the kind of future he believed in: one built on hard work, service, and hope.</w:t>
      </w:r>
    </w:p>
    <w:p w14:paraId="17F780C6" w14:textId="77777777" w:rsidR="00EA6572" w:rsidRPr="00EA6572" w:rsidRDefault="00EA6572" w:rsidP="00EA6572">
      <w:pPr>
        <w:spacing w:after="0" w:line="240" w:lineRule="auto"/>
        <w:rPr>
          <w:rFonts w:ascii="Times New Roman" w:eastAsiaTheme="minorHAnsi" w:hAnsi="Times New Roman" w:cs="Times New Roman"/>
          <w:sz w:val="24"/>
          <w:szCs w:val="24"/>
        </w:rPr>
      </w:pPr>
    </w:p>
    <w:p w14:paraId="0D13E16F"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Apple Color Emoji" w:eastAsiaTheme="minorHAnsi" w:hAnsi="Apple Color Emoji" w:cs="Apple Color Emoji"/>
          <w:sz w:val="24"/>
          <w:szCs w:val="24"/>
        </w:rPr>
        <w:t>✨</w:t>
      </w:r>
      <w:r w:rsidRPr="00EA6572">
        <w:rPr>
          <w:rFonts w:ascii="Times New Roman" w:eastAsiaTheme="minorHAnsi" w:hAnsi="Times New Roman" w:cs="Times New Roman"/>
          <w:sz w:val="24"/>
          <w:szCs w:val="24"/>
        </w:rPr>
        <w:t xml:space="preserve"> </w:t>
      </w:r>
      <w:r w:rsidRPr="00EA6572">
        <w:rPr>
          <w:rFonts w:ascii="Times New Roman" w:eastAsiaTheme="minorHAnsi" w:hAnsi="Times New Roman" w:cs="Times New Roman"/>
          <w:b/>
          <w:bCs/>
          <w:sz w:val="24"/>
          <w:szCs w:val="24"/>
        </w:rPr>
        <w:t>Scholarship Highlights:</w:t>
      </w:r>
    </w:p>
    <w:p w14:paraId="4EBC06F6" w14:textId="0F472FE7" w:rsidR="00EA6572" w:rsidRPr="00EA6572" w:rsidRDefault="00EA6572" w:rsidP="00EA6572">
      <w:pPr>
        <w:numPr>
          <w:ilvl w:val="0"/>
          <w:numId w:val="15"/>
        </w:num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 xml:space="preserve">Open to </w:t>
      </w:r>
      <w:r w:rsidRPr="00EA6572">
        <w:rPr>
          <w:rFonts w:ascii="Times New Roman" w:eastAsiaTheme="minorHAnsi" w:hAnsi="Times New Roman" w:cs="Times New Roman"/>
        </w:rPr>
        <w:t xml:space="preserve">current high school seniors, mentees </w:t>
      </w:r>
      <w:r w:rsidRPr="00EA6572">
        <w:rPr>
          <w:rFonts w:ascii="Times New Roman" w:eastAsiaTheme="minorHAnsi" w:hAnsi="Times New Roman" w:cs="Times New Roman"/>
          <w:sz w:val="24"/>
          <w:szCs w:val="24"/>
        </w:rPr>
        <w:t xml:space="preserve">connected with A-One Support &amp; Mentorship or the surrounding community of </w:t>
      </w:r>
      <w:r w:rsidR="00D23258">
        <w:rPr>
          <w:rFonts w:ascii="Times New Roman" w:eastAsiaTheme="minorHAnsi" w:hAnsi="Times New Roman" w:cs="Times New Roman"/>
          <w:sz w:val="24"/>
          <w:szCs w:val="24"/>
        </w:rPr>
        <w:t>Chester</w:t>
      </w:r>
      <w:r w:rsidR="006205F8">
        <w:rPr>
          <w:rFonts w:ascii="Times New Roman" w:eastAsiaTheme="minorHAnsi" w:hAnsi="Times New Roman" w:cs="Times New Roman"/>
          <w:sz w:val="24"/>
          <w:szCs w:val="24"/>
        </w:rPr>
        <w:t>, Kershaw, Lancaster, Lexington,</w:t>
      </w:r>
      <w:r w:rsidRPr="00EA6572">
        <w:rPr>
          <w:rFonts w:ascii="Times New Roman" w:eastAsiaTheme="minorHAnsi" w:hAnsi="Times New Roman" w:cs="Times New Roman"/>
          <w:sz w:val="24"/>
          <w:szCs w:val="24"/>
        </w:rPr>
        <w:t xml:space="preserve"> and </w:t>
      </w:r>
      <w:r w:rsidR="00690040">
        <w:rPr>
          <w:rFonts w:ascii="Times New Roman" w:eastAsiaTheme="minorHAnsi" w:hAnsi="Times New Roman" w:cs="Times New Roman"/>
          <w:sz w:val="24"/>
          <w:szCs w:val="24"/>
        </w:rPr>
        <w:t>Richland</w:t>
      </w:r>
      <w:r w:rsidRPr="00EA6572">
        <w:rPr>
          <w:rFonts w:ascii="Times New Roman" w:eastAsiaTheme="minorHAnsi" w:hAnsi="Times New Roman" w:cs="Times New Roman"/>
          <w:sz w:val="24"/>
          <w:szCs w:val="24"/>
        </w:rPr>
        <w:t xml:space="preserve">, South Carolina entering </w:t>
      </w:r>
      <w:r w:rsidR="008E7A90" w:rsidRPr="00EA6572">
        <w:rPr>
          <w:rFonts w:ascii="Times New Roman" w:eastAsiaTheme="minorHAnsi" w:hAnsi="Times New Roman" w:cs="Times New Roman"/>
          <w:sz w:val="24"/>
          <w:szCs w:val="24"/>
        </w:rPr>
        <w:t>2- or 4-year</w:t>
      </w:r>
      <w:r w:rsidRPr="00EA6572">
        <w:rPr>
          <w:rFonts w:ascii="Times New Roman" w:eastAsiaTheme="minorHAnsi" w:hAnsi="Times New Roman" w:cs="Times New Roman"/>
          <w:sz w:val="24"/>
          <w:szCs w:val="24"/>
        </w:rPr>
        <w:t xml:space="preserve"> college, trade/technical school, or vocational program.</w:t>
      </w:r>
    </w:p>
    <w:p w14:paraId="1E63E895" w14:textId="77777777" w:rsidR="00EA6572" w:rsidRPr="00EA6572" w:rsidRDefault="00EA6572" w:rsidP="00EA6572">
      <w:pPr>
        <w:numPr>
          <w:ilvl w:val="0"/>
          <w:numId w:val="15"/>
        </w:num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 xml:space="preserve">Awarded annually to a student who </w:t>
      </w:r>
      <w:bookmarkStart w:id="0" w:name="_Int_emAyx4Pa"/>
      <w:r w:rsidRPr="00EA6572">
        <w:rPr>
          <w:rFonts w:ascii="Times New Roman" w:eastAsiaTheme="minorHAnsi" w:hAnsi="Times New Roman" w:cs="Times New Roman"/>
          <w:sz w:val="24"/>
          <w:szCs w:val="24"/>
        </w:rPr>
        <w:t>demonstrates</w:t>
      </w:r>
      <w:bookmarkEnd w:id="0"/>
      <w:r w:rsidRPr="00EA6572">
        <w:rPr>
          <w:rFonts w:ascii="Times New Roman" w:eastAsiaTheme="minorHAnsi" w:hAnsi="Times New Roman" w:cs="Times New Roman"/>
          <w:sz w:val="24"/>
          <w:szCs w:val="24"/>
        </w:rPr>
        <w:t xml:space="preserve"> resilience, leadership, and commitment to service.</w:t>
      </w:r>
    </w:p>
    <w:p w14:paraId="79DE4E1A" w14:textId="77777777" w:rsidR="00EA6572" w:rsidRPr="00EA6572" w:rsidRDefault="00EA6572" w:rsidP="00EA6572">
      <w:pPr>
        <w:numPr>
          <w:ilvl w:val="0"/>
          <w:numId w:val="15"/>
        </w:num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 xml:space="preserve">Funds can </w:t>
      </w:r>
      <w:bookmarkStart w:id="1" w:name="_Int_n5AsTdsm"/>
      <w:r w:rsidRPr="00EA6572">
        <w:rPr>
          <w:rFonts w:ascii="Times New Roman" w:eastAsiaTheme="minorHAnsi" w:hAnsi="Times New Roman" w:cs="Times New Roman"/>
          <w:sz w:val="24"/>
          <w:szCs w:val="24"/>
        </w:rPr>
        <w:t>be applied</w:t>
      </w:r>
      <w:bookmarkEnd w:id="1"/>
      <w:r w:rsidRPr="00EA6572">
        <w:rPr>
          <w:rFonts w:ascii="Times New Roman" w:eastAsiaTheme="minorHAnsi" w:hAnsi="Times New Roman" w:cs="Times New Roman"/>
          <w:sz w:val="24"/>
          <w:szCs w:val="24"/>
        </w:rPr>
        <w:t xml:space="preserve"> toward tuition, books, or supplies.</w:t>
      </w:r>
    </w:p>
    <w:p w14:paraId="60674191" w14:textId="77777777" w:rsidR="00EA6572" w:rsidRPr="00EA6572" w:rsidRDefault="00EA6572" w:rsidP="00EA6572">
      <w:pPr>
        <w:spacing w:after="0" w:line="240" w:lineRule="auto"/>
        <w:rPr>
          <w:rFonts w:ascii="Times New Roman" w:eastAsiaTheme="minorHAnsi" w:hAnsi="Times New Roman" w:cs="Times New Roman"/>
          <w:sz w:val="24"/>
          <w:szCs w:val="24"/>
        </w:rPr>
      </w:pPr>
    </w:p>
    <w:p w14:paraId="744B36C2"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Times New Roman" w:eastAsiaTheme="minorHAnsi" w:hAnsi="Times New Roman" w:cs="Times New Roman"/>
          <w:sz w:val="24"/>
          <w:szCs w:val="24"/>
        </w:rPr>
        <w:t>We invite family, friends, and community partners to support this scholarship fund. Together, we can ensure that Mr. White’s spirit of service and mentorship lives on in the next generation of leaders.</w:t>
      </w:r>
    </w:p>
    <w:p w14:paraId="04809D93" w14:textId="77777777" w:rsidR="00EA6572" w:rsidRPr="00EA6572" w:rsidRDefault="00EA6572" w:rsidP="00EA6572">
      <w:pPr>
        <w:spacing w:after="0" w:line="240" w:lineRule="auto"/>
        <w:rPr>
          <w:rFonts w:ascii="Times New Roman" w:eastAsiaTheme="minorHAnsi" w:hAnsi="Times New Roman" w:cs="Times New Roman"/>
          <w:sz w:val="24"/>
          <w:szCs w:val="24"/>
        </w:rPr>
      </w:pPr>
    </w:p>
    <w:p w14:paraId="5529D5DC" w14:textId="77777777" w:rsidR="00EA6572" w:rsidRPr="00EA6572" w:rsidRDefault="00EA6572" w:rsidP="00EA6572">
      <w:pPr>
        <w:spacing w:after="0" w:line="240" w:lineRule="auto"/>
        <w:rPr>
          <w:rFonts w:ascii="Times New Roman" w:eastAsiaTheme="minorHAnsi" w:hAnsi="Times New Roman" w:cs="Times New Roman"/>
          <w:sz w:val="24"/>
          <w:szCs w:val="24"/>
        </w:rPr>
      </w:pPr>
      <w:r w:rsidRPr="00EA6572">
        <w:rPr>
          <w:rFonts w:ascii="Apple Color Emoji" w:eastAsiaTheme="minorHAnsi" w:hAnsi="Apple Color Emoji" w:cs="Apple Color Emoji"/>
          <w:sz w:val="24"/>
          <w:szCs w:val="24"/>
        </w:rPr>
        <w:t>📌</w:t>
      </w:r>
      <w:r w:rsidRPr="00EA6572">
        <w:rPr>
          <w:rFonts w:ascii="Times New Roman" w:eastAsiaTheme="minorHAnsi" w:hAnsi="Times New Roman" w:cs="Times New Roman"/>
          <w:sz w:val="24"/>
          <w:szCs w:val="24"/>
        </w:rPr>
        <w:t xml:space="preserve"> </w:t>
      </w:r>
      <w:r w:rsidRPr="00EA6572">
        <w:rPr>
          <w:rFonts w:ascii="Times New Roman" w:eastAsiaTheme="minorHAnsi" w:hAnsi="Times New Roman" w:cs="Times New Roman"/>
          <w:b/>
          <w:bCs/>
          <w:sz w:val="24"/>
          <w:szCs w:val="24"/>
        </w:rPr>
        <w:t>To Donate:</w:t>
      </w:r>
      <w:r w:rsidRPr="00EA6572">
        <w:rPr>
          <w:rFonts w:ascii="Times New Roman" w:eastAsiaTheme="minorHAnsi" w:hAnsi="Times New Roman" w:cs="Times New Roman"/>
          <w:sz w:val="24"/>
          <w:szCs w:val="24"/>
        </w:rPr>
        <w:t xml:space="preserve"> Visit </w:t>
      </w:r>
      <w:r w:rsidRPr="00EA6572">
        <w:rPr>
          <w:rFonts w:ascii="Times New Roman" w:eastAsiaTheme="minorHAnsi" w:hAnsi="Times New Roman" w:cs="Times New Roman"/>
          <w:b/>
          <w:bCs/>
          <w:sz w:val="24"/>
          <w:szCs w:val="24"/>
        </w:rPr>
        <w:t>www.topnotchmentality.com/donate</w:t>
      </w:r>
      <w:r w:rsidRPr="00EA6572">
        <w:rPr>
          <w:rFonts w:ascii="Times New Roman" w:eastAsiaTheme="minorHAnsi" w:hAnsi="Times New Roman" w:cs="Times New Roman"/>
          <w:sz w:val="24"/>
          <w:szCs w:val="24"/>
        </w:rPr>
        <w:t xml:space="preserve"> and select </w:t>
      </w:r>
      <w:r w:rsidRPr="00EA6572">
        <w:rPr>
          <w:rFonts w:ascii="Times New Roman" w:eastAsiaTheme="minorHAnsi" w:hAnsi="Times New Roman" w:cs="Times New Roman"/>
          <w:i/>
          <w:iCs/>
          <w:sz w:val="24"/>
          <w:szCs w:val="24"/>
        </w:rPr>
        <w:t>George White Legacy of Building Scholarship</w:t>
      </w:r>
      <w:r w:rsidRPr="00EA6572">
        <w:rPr>
          <w:rFonts w:ascii="Times New Roman" w:eastAsiaTheme="minorHAnsi" w:hAnsi="Times New Roman" w:cs="Times New Roman"/>
          <w:sz w:val="24"/>
          <w:szCs w:val="24"/>
        </w:rPr>
        <w:t xml:space="preserve"> in the giving options.</w:t>
      </w:r>
    </w:p>
    <w:p w14:paraId="656C3D51" w14:textId="390571BB" w:rsidR="00AC574C" w:rsidRDefault="00AC574C">
      <w:pPr>
        <w:rPr>
          <w:rFonts w:ascii="Times New Roman" w:hAnsi="Times New Roman" w:cs="Times New Roman"/>
          <w:b/>
          <w:sz w:val="44"/>
        </w:rPr>
      </w:pPr>
    </w:p>
    <w:p w14:paraId="5CE38F36" w14:textId="5D998410" w:rsidR="002F029F" w:rsidRPr="0034479C" w:rsidRDefault="00A608FA">
      <w:pPr>
        <w:jc w:val="center"/>
        <w:rPr>
          <w:rFonts w:ascii="Times New Roman" w:hAnsi="Times New Roman" w:cs="Times New Roman"/>
        </w:rPr>
      </w:pPr>
      <w:r w:rsidRPr="0034479C">
        <w:rPr>
          <w:rFonts w:ascii="Times New Roman" w:hAnsi="Times New Roman" w:cs="Times New Roman"/>
          <w:b/>
          <w:sz w:val="44"/>
        </w:rPr>
        <w:t xml:space="preserve">George </w:t>
      </w:r>
      <w:r w:rsidR="00677957">
        <w:rPr>
          <w:rFonts w:ascii="Times New Roman" w:hAnsi="Times New Roman" w:cs="Times New Roman"/>
          <w:b/>
          <w:sz w:val="44"/>
        </w:rPr>
        <w:t xml:space="preserve">Douglas </w:t>
      </w:r>
      <w:r w:rsidRPr="0034479C">
        <w:rPr>
          <w:rFonts w:ascii="Times New Roman" w:hAnsi="Times New Roman" w:cs="Times New Roman"/>
          <w:b/>
          <w:sz w:val="44"/>
        </w:rPr>
        <w:t>White</w:t>
      </w:r>
      <w:r w:rsidR="00676329">
        <w:rPr>
          <w:rFonts w:ascii="Times New Roman" w:hAnsi="Times New Roman" w:cs="Times New Roman"/>
          <w:b/>
          <w:sz w:val="44"/>
        </w:rPr>
        <w:t xml:space="preserve"> Jr.</w:t>
      </w:r>
      <w:r w:rsidRPr="0034479C">
        <w:rPr>
          <w:rFonts w:ascii="Times New Roman" w:hAnsi="Times New Roman" w:cs="Times New Roman"/>
          <w:b/>
          <w:sz w:val="44"/>
        </w:rPr>
        <w:t xml:space="preserve"> Legacy of A-One Scholarship</w:t>
      </w:r>
    </w:p>
    <w:p w14:paraId="20F9F997" w14:textId="77777777" w:rsidR="002F029F" w:rsidRPr="002D58E0" w:rsidRDefault="00A608FA">
      <w:pPr>
        <w:jc w:val="center"/>
        <w:rPr>
          <w:rFonts w:ascii="Times New Roman" w:hAnsi="Times New Roman" w:cs="Times New Roman"/>
          <w:color w:val="FF0000"/>
        </w:rPr>
      </w:pPr>
      <w:r w:rsidRPr="002D58E0">
        <w:rPr>
          <w:rFonts w:ascii="Times New Roman" w:hAnsi="Times New Roman" w:cs="Times New Roman"/>
          <w:i/>
          <w:color w:val="FF0000"/>
          <w:sz w:val="32"/>
        </w:rPr>
        <w:t>Honoring a Life of Faith, Craftsmanship, and Community</w:t>
      </w:r>
    </w:p>
    <w:p w14:paraId="30E8C9B5" w14:textId="77777777" w:rsidR="002F029F" w:rsidRPr="0034479C" w:rsidRDefault="002F029F">
      <w:pPr>
        <w:rPr>
          <w:rFonts w:ascii="Times New Roman" w:hAnsi="Times New Roman" w:cs="Times New Roman"/>
        </w:rPr>
      </w:pPr>
    </w:p>
    <w:p w14:paraId="6D8EF2E7" w14:textId="7A7B170A" w:rsidR="002F029F" w:rsidRPr="002D58E0" w:rsidRDefault="00A608FA">
      <w:pPr>
        <w:jc w:val="center"/>
        <w:rPr>
          <w:rFonts w:ascii="Times New Roman" w:hAnsi="Times New Roman" w:cs="Times New Roman"/>
          <w:sz w:val="24"/>
          <w:szCs w:val="24"/>
        </w:rPr>
      </w:pPr>
      <w:r w:rsidRPr="002D58E0">
        <w:rPr>
          <w:rFonts w:ascii="Times New Roman" w:hAnsi="Times New Roman" w:cs="Times New Roman"/>
          <w:sz w:val="24"/>
          <w:szCs w:val="24"/>
        </w:rPr>
        <w:t>The George</w:t>
      </w:r>
      <w:r w:rsidR="00676329">
        <w:rPr>
          <w:rFonts w:ascii="Times New Roman" w:hAnsi="Times New Roman" w:cs="Times New Roman"/>
          <w:sz w:val="24"/>
          <w:szCs w:val="24"/>
        </w:rPr>
        <w:t xml:space="preserve"> Douglas</w:t>
      </w:r>
      <w:r w:rsidRPr="002D58E0">
        <w:rPr>
          <w:rFonts w:ascii="Times New Roman" w:hAnsi="Times New Roman" w:cs="Times New Roman"/>
          <w:sz w:val="24"/>
          <w:szCs w:val="24"/>
        </w:rPr>
        <w:t xml:space="preserve"> White</w:t>
      </w:r>
      <w:r w:rsidR="00676329">
        <w:rPr>
          <w:rFonts w:ascii="Times New Roman" w:hAnsi="Times New Roman" w:cs="Times New Roman"/>
          <w:sz w:val="24"/>
          <w:szCs w:val="24"/>
        </w:rPr>
        <w:t xml:space="preserve"> Jr.</w:t>
      </w:r>
      <w:r w:rsidRPr="002D58E0">
        <w:rPr>
          <w:rFonts w:ascii="Times New Roman" w:hAnsi="Times New Roman" w:cs="Times New Roman"/>
          <w:sz w:val="24"/>
          <w:szCs w:val="24"/>
        </w:rPr>
        <w:t xml:space="preserve"> Legacy of A-One Scholarship was </w:t>
      </w:r>
      <w:bookmarkStart w:id="2" w:name="_Int_bkUCSuk7"/>
      <w:r w:rsidRPr="002D58E0">
        <w:rPr>
          <w:rFonts w:ascii="Times New Roman" w:hAnsi="Times New Roman" w:cs="Times New Roman"/>
          <w:sz w:val="24"/>
          <w:szCs w:val="24"/>
        </w:rPr>
        <w:t>established</w:t>
      </w:r>
      <w:bookmarkEnd w:id="2"/>
      <w:r w:rsidRPr="002D58E0">
        <w:rPr>
          <w:rFonts w:ascii="Times New Roman" w:hAnsi="Times New Roman" w:cs="Times New Roman"/>
          <w:sz w:val="24"/>
          <w:szCs w:val="24"/>
        </w:rPr>
        <w:t xml:space="preserve"> to honor the life, values, and lasting impact of George “Duck” White—a devoted </w:t>
      </w:r>
      <w:bookmarkStart w:id="3" w:name="_Int_Q26Lemnc"/>
      <w:r w:rsidRPr="002D58E0">
        <w:rPr>
          <w:rFonts w:ascii="Times New Roman" w:hAnsi="Times New Roman" w:cs="Times New Roman"/>
          <w:sz w:val="24"/>
          <w:szCs w:val="24"/>
        </w:rPr>
        <w:t>family man</w:t>
      </w:r>
      <w:bookmarkEnd w:id="3"/>
      <w:r w:rsidRPr="002D58E0">
        <w:rPr>
          <w:rFonts w:ascii="Times New Roman" w:hAnsi="Times New Roman" w:cs="Times New Roman"/>
          <w:sz w:val="24"/>
          <w:szCs w:val="24"/>
        </w:rPr>
        <w:t xml:space="preserve">, skilled craftsman, entrepreneur, and servant leader. Known for his integrity, generosity, and dedication to both his community and church, George lived by the principle that true success </w:t>
      </w:r>
      <w:bookmarkStart w:id="4" w:name="_Int_xHnLSDiV"/>
      <w:r w:rsidRPr="002D58E0">
        <w:rPr>
          <w:rFonts w:ascii="Times New Roman" w:hAnsi="Times New Roman" w:cs="Times New Roman"/>
          <w:sz w:val="24"/>
          <w:szCs w:val="24"/>
        </w:rPr>
        <w:t>is measured</w:t>
      </w:r>
      <w:bookmarkEnd w:id="4"/>
      <w:r w:rsidRPr="002D58E0">
        <w:rPr>
          <w:rFonts w:ascii="Times New Roman" w:hAnsi="Times New Roman" w:cs="Times New Roman"/>
          <w:sz w:val="24"/>
          <w:szCs w:val="24"/>
        </w:rPr>
        <w:t xml:space="preserve"> not only by one’s talents but by the willingness to uplift others</w:t>
      </w:r>
      <w:bookmarkStart w:id="5" w:name="_Int_94LrpcdI"/>
      <w:r w:rsidRPr="002D58E0">
        <w:rPr>
          <w:rFonts w:ascii="Times New Roman" w:hAnsi="Times New Roman" w:cs="Times New Roman"/>
          <w:sz w:val="24"/>
          <w:szCs w:val="24"/>
        </w:rPr>
        <w:t>.</w:t>
      </w:r>
      <w:r w:rsidRPr="002D58E0">
        <w:rPr>
          <w:rFonts w:ascii="Times New Roman" w:hAnsi="Times New Roman" w:cs="Times New Roman"/>
          <w:sz w:val="24"/>
          <w:szCs w:val="24"/>
        </w:rPr>
        <w:br/>
      </w:r>
      <w:r w:rsidRPr="002D58E0">
        <w:rPr>
          <w:rFonts w:ascii="Times New Roman" w:hAnsi="Times New Roman" w:cs="Times New Roman"/>
          <w:sz w:val="24"/>
          <w:szCs w:val="24"/>
        </w:rPr>
        <w:br/>
      </w:r>
      <w:bookmarkEnd w:id="5"/>
      <w:r w:rsidRPr="002D58E0">
        <w:rPr>
          <w:rFonts w:ascii="Times New Roman" w:hAnsi="Times New Roman" w:cs="Times New Roman"/>
          <w:sz w:val="24"/>
          <w:szCs w:val="24"/>
        </w:rPr>
        <w:t xml:space="preserve">This scholarship </w:t>
      </w:r>
      <w:bookmarkStart w:id="6" w:name="_Int_HtWdlIq9"/>
      <w:r w:rsidRPr="002D58E0">
        <w:rPr>
          <w:rFonts w:ascii="Times New Roman" w:hAnsi="Times New Roman" w:cs="Times New Roman"/>
          <w:sz w:val="24"/>
          <w:szCs w:val="24"/>
        </w:rPr>
        <w:t>seeks</w:t>
      </w:r>
      <w:bookmarkEnd w:id="6"/>
      <w:r w:rsidRPr="002D58E0">
        <w:rPr>
          <w:rFonts w:ascii="Times New Roman" w:hAnsi="Times New Roman" w:cs="Times New Roman"/>
          <w:sz w:val="24"/>
          <w:szCs w:val="24"/>
        </w:rPr>
        <w:t xml:space="preserve"> to carry forward his legacy by supporting graduating high school seniors who </w:t>
      </w:r>
      <w:bookmarkStart w:id="7" w:name="_Int_Ceeshqln"/>
      <w:r w:rsidRPr="002D58E0">
        <w:rPr>
          <w:rFonts w:ascii="Times New Roman" w:hAnsi="Times New Roman" w:cs="Times New Roman"/>
          <w:sz w:val="24"/>
          <w:szCs w:val="24"/>
        </w:rPr>
        <w:t>demonstrate</w:t>
      </w:r>
      <w:bookmarkEnd w:id="7"/>
      <w:r w:rsidRPr="002D58E0">
        <w:rPr>
          <w:rFonts w:ascii="Times New Roman" w:hAnsi="Times New Roman" w:cs="Times New Roman"/>
          <w:sz w:val="24"/>
          <w:szCs w:val="24"/>
        </w:rPr>
        <w:t xml:space="preserve"> perseverance, leadership, and a commitment to service. By investing in students who embody the same spirit of hard work and integrity that defined George’s life, the scholarship aims to empower the next generation to pursue their goals, build meaningful futures, and continue making a positive impact in their communities.</w:t>
      </w:r>
    </w:p>
    <w:p w14:paraId="67B21848" w14:textId="1BFC9514" w:rsidR="00D22134" w:rsidRDefault="00DF24B5" w:rsidP="00E50C85">
      <w:pPr>
        <w:spacing w:line="240" w:lineRule="auto"/>
        <w:jc w:val="center"/>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14:anchorId="76474C83" wp14:editId="7C498436">
            <wp:simplePos x="0" y="0"/>
            <wp:positionH relativeFrom="column">
              <wp:posOffset>1083212</wp:posOffset>
            </wp:positionH>
            <wp:positionV relativeFrom="paragraph">
              <wp:posOffset>430481</wp:posOffset>
            </wp:positionV>
            <wp:extent cx="3208020" cy="4149725"/>
            <wp:effectExtent l="0" t="0" r="5080" b="3175"/>
            <wp:wrapTopAndBottom/>
            <wp:docPr id="1580277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77373" name="Picture 1580277373"/>
                    <pic:cNvPicPr/>
                  </pic:nvPicPr>
                  <pic:blipFill>
                    <a:blip r:embed="rId8"/>
                    <a:stretch>
                      <a:fillRect/>
                    </a:stretch>
                  </pic:blipFill>
                  <pic:spPr>
                    <a:xfrm>
                      <a:off x="0" y="0"/>
                      <a:ext cx="3208020" cy="4149725"/>
                    </a:xfrm>
                    <a:prstGeom prst="rect">
                      <a:avLst/>
                    </a:prstGeom>
                  </pic:spPr>
                </pic:pic>
              </a:graphicData>
            </a:graphic>
            <wp14:sizeRelH relativeFrom="margin">
              <wp14:pctWidth>0</wp14:pctWidth>
            </wp14:sizeRelH>
            <wp14:sizeRelV relativeFrom="margin">
              <wp14:pctHeight>0</wp14:pctHeight>
            </wp14:sizeRelV>
          </wp:anchor>
        </w:drawing>
      </w:r>
      <w:r w:rsidR="00A608FA" w:rsidRPr="0034479C">
        <w:rPr>
          <w:rFonts w:ascii="Times New Roman" w:hAnsi="Times New Roman" w:cs="Times New Roman"/>
        </w:rPr>
        <w:br w:type="page"/>
      </w:r>
      <w:r w:rsidR="00D22134" w:rsidRPr="0034479C">
        <w:rPr>
          <w:rFonts w:ascii="Times New Roman" w:hAnsi="Times New Roman" w:cs="Times New Roman"/>
          <w:b/>
          <w:sz w:val="36"/>
        </w:rPr>
        <w:lastRenderedPageBreak/>
        <w:t>George</w:t>
      </w:r>
      <w:r w:rsidR="00D22134">
        <w:rPr>
          <w:rFonts w:ascii="Times New Roman" w:hAnsi="Times New Roman" w:cs="Times New Roman"/>
          <w:b/>
          <w:sz w:val="36"/>
        </w:rPr>
        <w:t xml:space="preserve"> Douglas</w:t>
      </w:r>
      <w:r w:rsidR="00D22134" w:rsidRPr="0034479C">
        <w:rPr>
          <w:rFonts w:ascii="Times New Roman" w:hAnsi="Times New Roman" w:cs="Times New Roman"/>
          <w:b/>
          <w:sz w:val="36"/>
        </w:rPr>
        <w:t xml:space="preserve"> White</w:t>
      </w:r>
      <w:r w:rsidR="00D22134">
        <w:rPr>
          <w:rFonts w:ascii="Times New Roman" w:hAnsi="Times New Roman" w:cs="Times New Roman"/>
          <w:b/>
          <w:sz w:val="36"/>
        </w:rPr>
        <w:t xml:space="preserve"> Jr. </w:t>
      </w:r>
      <w:r w:rsidR="00D22134" w:rsidRPr="0034479C">
        <w:rPr>
          <w:rFonts w:ascii="Times New Roman" w:hAnsi="Times New Roman" w:cs="Times New Roman"/>
          <w:b/>
          <w:sz w:val="36"/>
        </w:rPr>
        <w:t>“Duck”</w:t>
      </w:r>
    </w:p>
    <w:p w14:paraId="25A614F0" w14:textId="400700AF" w:rsidR="002F029F" w:rsidRPr="00D22134" w:rsidRDefault="00A608FA" w:rsidP="00E50C85">
      <w:pPr>
        <w:spacing w:line="240" w:lineRule="auto"/>
        <w:jc w:val="center"/>
        <w:rPr>
          <w:rFonts w:ascii="Times New Roman" w:hAnsi="Times New Roman" w:cs="Times New Roman"/>
        </w:rPr>
      </w:pPr>
      <w:r w:rsidRPr="008F0E86">
        <w:rPr>
          <w:rFonts w:ascii="Times New Roman" w:hAnsi="Times New Roman" w:cs="Times New Roman"/>
          <w:i/>
          <w:color w:val="FF0000"/>
          <w:sz w:val="28"/>
        </w:rPr>
        <w:t>A Legacy of Faith, Craftsmanship, and Community</w:t>
      </w:r>
    </w:p>
    <w:p w14:paraId="6F7E133A" w14:textId="77777777" w:rsidR="002F029F" w:rsidRPr="0034479C" w:rsidRDefault="002F029F" w:rsidP="00E50C85">
      <w:pPr>
        <w:spacing w:line="240" w:lineRule="auto"/>
        <w:rPr>
          <w:rFonts w:ascii="Times New Roman" w:hAnsi="Times New Roman" w:cs="Times New Roman"/>
        </w:rPr>
      </w:pPr>
    </w:p>
    <w:p w14:paraId="52B48251" w14:textId="77777777" w:rsidR="002F029F" w:rsidRPr="0034479C" w:rsidRDefault="00A608FA">
      <w:pPr>
        <w:rPr>
          <w:rFonts w:ascii="Times New Roman" w:hAnsi="Times New Roman" w:cs="Times New Roman"/>
        </w:rPr>
      </w:pPr>
      <w:r w:rsidRPr="0034479C">
        <w:rPr>
          <w:rFonts w:ascii="Times New Roman" w:hAnsi="Times New Roman" w:cs="Times New Roman"/>
          <w:b/>
          <w:sz w:val="28"/>
        </w:rPr>
        <w:t>Biography</w:t>
      </w:r>
    </w:p>
    <w:p w14:paraId="71F84CFE" w14:textId="03255363" w:rsidR="00BF5504" w:rsidRPr="007F7D88" w:rsidRDefault="00A608FA">
      <w:pPr>
        <w:rPr>
          <w:rFonts w:ascii="Times New Roman" w:hAnsi="Times New Roman" w:cs="Times New Roman"/>
        </w:rPr>
      </w:pPr>
      <w:r w:rsidRPr="007F7D88">
        <w:rPr>
          <w:rFonts w:ascii="Times New Roman" w:hAnsi="Times New Roman" w:cs="Times New Roman"/>
        </w:rPr>
        <w:t xml:space="preserve">George </w:t>
      </w:r>
      <w:r w:rsidR="00677957" w:rsidRPr="007F7D88">
        <w:rPr>
          <w:rFonts w:ascii="Times New Roman" w:hAnsi="Times New Roman" w:cs="Times New Roman"/>
        </w:rPr>
        <w:t xml:space="preserve">D. </w:t>
      </w:r>
      <w:r w:rsidRPr="007F7D88">
        <w:rPr>
          <w:rFonts w:ascii="Times New Roman" w:hAnsi="Times New Roman" w:cs="Times New Roman"/>
        </w:rPr>
        <w:t>White</w:t>
      </w:r>
      <w:r w:rsidR="00677957" w:rsidRPr="007F7D88">
        <w:rPr>
          <w:rFonts w:ascii="Times New Roman" w:hAnsi="Times New Roman" w:cs="Times New Roman"/>
        </w:rPr>
        <w:t xml:space="preserve"> Jr.</w:t>
      </w:r>
      <w:r w:rsidRPr="007F7D88">
        <w:rPr>
          <w:rFonts w:ascii="Times New Roman" w:hAnsi="Times New Roman" w:cs="Times New Roman"/>
        </w:rPr>
        <w:t xml:space="preserve">, affectionately known as “Duck,” </w:t>
      </w:r>
      <w:bookmarkStart w:id="8" w:name="_Int_AHLC5chE"/>
      <w:r w:rsidRPr="007F7D88">
        <w:rPr>
          <w:rFonts w:ascii="Times New Roman" w:hAnsi="Times New Roman" w:cs="Times New Roman"/>
        </w:rPr>
        <w:t>was educated</w:t>
      </w:r>
      <w:bookmarkEnd w:id="8"/>
      <w:r w:rsidRPr="007F7D88">
        <w:rPr>
          <w:rFonts w:ascii="Times New Roman" w:hAnsi="Times New Roman" w:cs="Times New Roman"/>
        </w:rPr>
        <w:t xml:space="preserve"> in the Lancaster County School District and proudly graduated from Lancaster High School, Class of 1980. From </w:t>
      </w:r>
      <w:bookmarkStart w:id="9" w:name="_Int_qZfudcxp"/>
      <w:r w:rsidRPr="007F7D88">
        <w:rPr>
          <w:rFonts w:ascii="Times New Roman" w:hAnsi="Times New Roman" w:cs="Times New Roman"/>
        </w:rPr>
        <w:t>a young age</w:t>
      </w:r>
      <w:bookmarkEnd w:id="9"/>
      <w:r w:rsidRPr="007F7D88">
        <w:rPr>
          <w:rFonts w:ascii="Times New Roman" w:hAnsi="Times New Roman" w:cs="Times New Roman"/>
        </w:rPr>
        <w:t>, George carried himself with honesty, humor, and a natural talent that shaped every part of his life</w:t>
      </w:r>
      <w:bookmarkStart w:id="10" w:name="_Int_CnG4qR6p"/>
      <w:r w:rsidRPr="007F7D88">
        <w:rPr>
          <w:rFonts w:ascii="Times New Roman" w:hAnsi="Times New Roman" w:cs="Times New Roman"/>
        </w:rPr>
        <w:t>.</w:t>
      </w:r>
      <w:r w:rsidRPr="007F7D88">
        <w:rPr>
          <w:rFonts w:ascii="Times New Roman" w:hAnsi="Times New Roman" w:cs="Times New Roman"/>
        </w:rPr>
        <w:br/>
      </w:r>
      <w:r w:rsidRPr="007F7D88">
        <w:rPr>
          <w:rFonts w:ascii="Times New Roman" w:hAnsi="Times New Roman" w:cs="Times New Roman"/>
        </w:rPr>
        <w:br/>
      </w:r>
      <w:bookmarkEnd w:id="10"/>
      <w:r w:rsidRPr="007F7D88">
        <w:rPr>
          <w:rFonts w:ascii="Times New Roman" w:hAnsi="Times New Roman" w:cs="Times New Roman"/>
        </w:rPr>
        <w:t>A gifted carpenter by trade, George transformed raw materials into works of craftsmanship that stood as a testament to his skill, creativity, and attention to detail. His reputation for excellence became so well known that he coined the phrase, “If you want it done right, call WHITE,” a saying that still echoes in the community as a reminder of his workmanship and reliability. Beyond building structures, George built trust and relationships, leaving behind a legacy rooted in integrity and pride in a job well done</w:t>
      </w:r>
      <w:bookmarkStart w:id="11" w:name="_Int_37b9oKoS"/>
      <w:r w:rsidRPr="007F7D88">
        <w:rPr>
          <w:rFonts w:ascii="Times New Roman" w:hAnsi="Times New Roman" w:cs="Times New Roman"/>
        </w:rPr>
        <w:t>.</w:t>
      </w:r>
      <w:r w:rsidRPr="007F7D88">
        <w:rPr>
          <w:rFonts w:ascii="Times New Roman" w:hAnsi="Times New Roman" w:cs="Times New Roman"/>
        </w:rPr>
        <w:br/>
      </w:r>
      <w:r w:rsidRPr="007F7D88">
        <w:rPr>
          <w:rFonts w:ascii="Times New Roman" w:hAnsi="Times New Roman" w:cs="Times New Roman"/>
        </w:rPr>
        <w:br/>
      </w:r>
      <w:bookmarkEnd w:id="11"/>
      <w:r w:rsidRPr="007F7D88">
        <w:rPr>
          <w:rFonts w:ascii="Times New Roman" w:hAnsi="Times New Roman" w:cs="Times New Roman"/>
        </w:rPr>
        <w:t xml:space="preserve">George’s talents reached far beyond carpentry. He was a grill master whose food brought family and friends together, a true </w:t>
      </w:r>
      <w:bookmarkStart w:id="12" w:name="_Int_sW828UPw"/>
      <w:r w:rsidRPr="007F7D88">
        <w:rPr>
          <w:rFonts w:ascii="Times New Roman" w:hAnsi="Times New Roman" w:cs="Times New Roman"/>
        </w:rPr>
        <w:t>fisherman</w:t>
      </w:r>
      <w:bookmarkEnd w:id="12"/>
      <w:r w:rsidRPr="007F7D88">
        <w:rPr>
          <w:rFonts w:ascii="Times New Roman" w:hAnsi="Times New Roman" w:cs="Times New Roman"/>
        </w:rPr>
        <w:t xml:space="preserve"> who found peace and joy on the water, and a man of vision who saw possibilities where others saw obstacles. His laughter, wisdom, and straightforward nature made him both a friend and a mentor to many</w:t>
      </w:r>
      <w:bookmarkStart w:id="13" w:name="_Int_uJg72upF"/>
      <w:r w:rsidRPr="007F7D88">
        <w:rPr>
          <w:rFonts w:ascii="Times New Roman" w:hAnsi="Times New Roman" w:cs="Times New Roman"/>
        </w:rPr>
        <w:t>.</w:t>
      </w:r>
      <w:r w:rsidRPr="007F7D88">
        <w:rPr>
          <w:rFonts w:ascii="Times New Roman" w:hAnsi="Times New Roman" w:cs="Times New Roman"/>
        </w:rPr>
        <w:br/>
      </w:r>
      <w:r w:rsidRPr="007F7D88">
        <w:rPr>
          <w:rFonts w:ascii="Times New Roman" w:hAnsi="Times New Roman" w:cs="Times New Roman"/>
        </w:rPr>
        <w:br/>
      </w:r>
      <w:bookmarkEnd w:id="13"/>
      <w:r w:rsidRPr="007F7D88">
        <w:rPr>
          <w:rFonts w:ascii="Times New Roman" w:hAnsi="Times New Roman" w:cs="Times New Roman"/>
        </w:rPr>
        <w:t xml:space="preserve">Deeply devoted to his faith, George was a faithful member of David Stand AME Zion Church, where he served with honor as </w:t>
      </w:r>
      <w:bookmarkStart w:id="14" w:name="_Int_pzAqnb0P"/>
      <w:r w:rsidRPr="007F7D88">
        <w:rPr>
          <w:rFonts w:ascii="Times New Roman" w:hAnsi="Times New Roman" w:cs="Times New Roman"/>
        </w:rPr>
        <w:t>Chairman</w:t>
      </w:r>
      <w:bookmarkEnd w:id="14"/>
      <w:r w:rsidRPr="007F7D88">
        <w:rPr>
          <w:rFonts w:ascii="Times New Roman" w:hAnsi="Times New Roman" w:cs="Times New Roman"/>
        </w:rPr>
        <w:t xml:space="preserve"> of the Trustee Board. His leadership extended beyond the church walls, as he also served proudly with the Masonic Lodge, Lincoln Lodge #162. In every role, George gave of himself </w:t>
      </w:r>
      <w:bookmarkStart w:id="15" w:name="_Int_3nZQwLKL"/>
      <w:r w:rsidRPr="007F7D88">
        <w:rPr>
          <w:rFonts w:ascii="Times New Roman" w:hAnsi="Times New Roman" w:cs="Times New Roman"/>
        </w:rPr>
        <w:t>fully—uplifting</w:t>
      </w:r>
      <w:bookmarkEnd w:id="15"/>
      <w:r w:rsidRPr="007F7D88">
        <w:rPr>
          <w:rFonts w:ascii="Times New Roman" w:hAnsi="Times New Roman" w:cs="Times New Roman"/>
        </w:rPr>
        <w:t xml:space="preserve"> others, offering guidance, and modeling what it meant to live with purpose</w:t>
      </w:r>
      <w:bookmarkStart w:id="16" w:name="_Int_5AO3KfhC"/>
      <w:r w:rsidRPr="007F7D88">
        <w:rPr>
          <w:rFonts w:ascii="Times New Roman" w:hAnsi="Times New Roman" w:cs="Times New Roman"/>
        </w:rPr>
        <w:t>.</w:t>
      </w:r>
      <w:r w:rsidRPr="007F7D88">
        <w:rPr>
          <w:rFonts w:ascii="Times New Roman" w:hAnsi="Times New Roman" w:cs="Times New Roman"/>
        </w:rPr>
        <w:br/>
      </w:r>
      <w:r w:rsidRPr="007F7D88">
        <w:rPr>
          <w:rFonts w:ascii="Times New Roman" w:hAnsi="Times New Roman" w:cs="Times New Roman"/>
        </w:rPr>
        <w:br/>
      </w:r>
      <w:bookmarkEnd w:id="16"/>
      <w:r w:rsidRPr="007F7D88">
        <w:rPr>
          <w:rFonts w:ascii="Times New Roman" w:hAnsi="Times New Roman" w:cs="Times New Roman"/>
        </w:rPr>
        <w:t xml:space="preserve">While George’s professional and community contributions were remarkable, it was his love for family that defined him most. He cherished time spent with loved ones, celebrated their achievements, and stood as a pillar of strength in times of need. His joy for life </w:t>
      </w:r>
      <w:bookmarkStart w:id="17" w:name="_Int_DqZvtRnJ"/>
      <w:r w:rsidRPr="007F7D88">
        <w:rPr>
          <w:rFonts w:ascii="Times New Roman" w:hAnsi="Times New Roman" w:cs="Times New Roman"/>
        </w:rPr>
        <w:t>was seen</w:t>
      </w:r>
      <w:bookmarkEnd w:id="17"/>
      <w:r w:rsidRPr="007F7D88">
        <w:rPr>
          <w:rFonts w:ascii="Times New Roman" w:hAnsi="Times New Roman" w:cs="Times New Roman"/>
        </w:rPr>
        <w:t xml:space="preserve"> in simple pleasures—fishing trips, backyard cookouts, cheering for his beloved Oakland Raiders—and in the way he brought people together</w:t>
      </w:r>
      <w:bookmarkStart w:id="18" w:name="_Int_wYQ7fsGB"/>
      <w:r w:rsidRPr="007F7D88">
        <w:rPr>
          <w:rFonts w:ascii="Times New Roman" w:hAnsi="Times New Roman" w:cs="Times New Roman"/>
        </w:rPr>
        <w:t>.</w:t>
      </w:r>
      <w:r w:rsidRPr="007F7D88">
        <w:rPr>
          <w:rFonts w:ascii="Times New Roman" w:hAnsi="Times New Roman" w:cs="Times New Roman"/>
        </w:rPr>
        <w:br/>
      </w:r>
      <w:r w:rsidRPr="007F7D88">
        <w:rPr>
          <w:rFonts w:ascii="Times New Roman" w:hAnsi="Times New Roman" w:cs="Times New Roman"/>
        </w:rPr>
        <w:br/>
      </w:r>
      <w:bookmarkEnd w:id="18"/>
      <w:r w:rsidRPr="007F7D88">
        <w:rPr>
          <w:rFonts w:ascii="Times New Roman" w:hAnsi="Times New Roman" w:cs="Times New Roman"/>
        </w:rPr>
        <w:t xml:space="preserve">George White will forever </w:t>
      </w:r>
      <w:bookmarkStart w:id="19" w:name="_Int_IMv1Xfdv"/>
      <w:r w:rsidRPr="007F7D88">
        <w:rPr>
          <w:rFonts w:ascii="Times New Roman" w:hAnsi="Times New Roman" w:cs="Times New Roman"/>
        </w:rPr>
        <w:t>be remembered</w:t>
      </w:r>
      <w:bookmarkEnd w:id="19"/>
      <w:r w:rsidRPr="007F7D88">
        <w:rPr>
          <w:rFonts w:ascii="Times New Roman" w:hAnsi="Times New Roman" w:cs="Times New Roman"/>
        </w:rPr>
        <w:t xml:space="preserve"> as a man of character, service, and love. His craftsmanship shaped homes, his faith anchored his steps, and his spirit touched countless lives. Though he is no longer with us, his values, his humor, and his unwavering dedication to others continue to inspire and guide those who </w:t>
      </w:r>
      <w:bookmarkStart w:id="20" w:name="_Int_j0kJSc3X"/>
      <w:r w:rsidRPr="007F7D88">
        <w:rPr>
          <w:rFonts w:ascii="Times New Roman" w:hAnsi="Times New Roman" w:cs="Times New Roman"/>
        </w:rPr>
        <w:t>were blessed</w:t>
      </w:r>
      <w:bookmarkEnd w:id="20"/>
      <w:r w:rsidRPr="007F7D88">
        <w:rPr>
          <w:rFonts w:ascii="Times New Roman" w:hAnsi="Times New Roman" w:cs="Times New Roman"/>
        </w:rPr>
        <w:t xml:space="preserve"> to know him.</w:t>
      </w:r>
    </w:p>
    <w:p w14:paraId="02054EDB" w14:textId="39C40255" w:rsidR="00BF5504" w:rsidRDefault="002D5528">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9744" behindDoc="0" locked="0" layoutInCell="1" allowOverlap="1" wp14:anchorId="2F9A3F7C" wp14:editId="102EEBE6">
            <wp:simplePos x="0" y="0"/>
            <wp:positionH relativeFrom="column">
              <wp:posOffset>3060700</wp:posOffset>
            </wp:positionH>
            <wp:positionV relativeFrom="paragraph">
              <wp:posOffset>3225800</wp:posOffset>
            </wp:positionV>
            <wp:extent cx="3352800" cy="4673600"/>
            <wp:effectExtent l="0" t="0" r="0" b="0"/>
            <wp:wrapTopAndBottom/>
            <wp:docPr id="20132390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39002" name="Picture 2013239002"/>
                    <pic:cNvPicPr/>
                  </pic:nvPicPr>
                  <pic:blipFill>
                    <a:blip r:embed="rId9"/>
                    <a:stretch>
                      <a:fillRect/>
                    </a:stretch>
                  </pic:blipFill>
                  <pic:spPr>
                    <a:xfrm>
                      <a:off x="0" y="0"/>
                      <a:ext cx="3352800" cy="4673600"/>
                    </a:xfrm>
                    <a:prstGeom prst="rect">
                      <a:avLst/>
                    </a:prstGeom>
                  </pic:spPr>
                </pic:pic>
              </a:graphicData>
            </a:graphic>
            <wp14:sizeRelH relativeFrom="margin">
              <wp14:pctWidth>0</wp14:pctWidth>
            </wp14:sizeRelH>
            <wp14:sizeRelV relativeFrom="margin">
              <wp14:pctHeight>0</wp14:pctHeight>
            </wp14:sizeRelV>
          </wp:anchor>
        </w:drawing>
      </w:r>
      <w:r w:rsidR="00DB27C4">
        <w:rPr>
          <w:rFonts w:ascii="Times New Roman" w:hAnsi="Times New Roman" w:cs="Times New Roman"/>
          <w:noProof/>
          <w:sz w:val="24"/>
          <w:szCs w:val="24"/>
        </w:rPr>
        <w:drawing>
          <wp:anchor distT="0" distB="0" distL="114300" distR="114300" simplePos="0" relativeHeight="251678720" behindDoc="0" locked="0" layoutInCell="1" allowOverlap="1" wp14:anchorId="211D6035" wp14:editId="54FAF6A1">
            <wp:simplePos x="0" y="0"/>
            <wp:positionH relativeFrom="column">
              <wp:posOffset>25400</wp:posOffset>
            </wp:positionH>
            <wp:positionV relativeFrom="paragraph">
              <wp:posOffset>3251200</wp:posOffset>
            </wp:positionV>
            <wp:extent cx="3048000" cy="4648200"/>
            <wp:effectExtent l="0" t="0" r="0" b="0"/>
            <wp:wrapTopAndBottom/>
            <wp:docPr id="8692447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44798" name="Picture 869244798"/>
                    <pic:cNvPicPr/>
                  </pic:nvPicPr>
                  <pic:blipFill>
                    <a:blip r:embed="rId10"/>
                    <a:stretch>
                      <a:fillRect/>
                    </a:stretch>
                  </pic:blipFill>
                  <pic:spPr>
                    <a:xfrm>
                      <a:off x="0" y="0"/>
                      <a:ext cx="3048000" cy="4648200"/>
                    </a:xfrm>
                    <a:prstGeom prst="rect">
                      <a:avLst/>
                    </a:prstGeom>
                  </pic:spPr>
                </pic:pic>
              </a:graphicData>
            </a:graphic>
            <wp14:sizeRelH relativeFrom="margin">
              <wp14:pctWidth>0</wp14:pctWidth>
            </wp14:sizeRelH>
            <wp14:sizeRelV relativeFrom="margin">
              <wp14:pctHeight>0</wp14:pctHeight>
            </wp14:sizeRelV>
          </wp:anchor>
        </w:drawing>
      </w:r>
      <w:r w:rsidR="00696EED">
        <w:rPr>
          <w:rFonts w:ascii="Times New Roman" w:hAnsi="Times New Roman" w:cs="Times New Roman"/>
          <w:noProof/>
          <w:sz w:val="24"/>
          <w:szCs w:val="24"/>
        </w:rPr>
        <w:drawing>
          <wp:anchor distT="0" distB="0" distL="114300" distR="114300" simplePos="0" relativeHeight="251677696" behindDoc="0" locked="0" layoutInCell="1" allowOverlap="1" wp14:anchorId="70E9741E" wp14:editId="6D1C9C1D">
            <wp:simplePos x="0" y="0"/>
            <wp:positionH relativeFrom="column">
              <wp:posOffset>3073400</wp:posOffset>
            </wp:positionH>
            <wp:positionV relativeFrom="paragraph">
              <wp:posOffset>-736600</wp:posOffset>
            </wp:positionV>
            <wp:extent cx="3352800" cy="3987800"/>
            <wp:effectExtent l="0" t="0" r="0" b="0"/>
            <wp:wrapTopAndBottom/>
            <wp:docPr id="1927370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370147" name="Picture 1927370147"/>
                    <pic:cNvPicPr/>
                  </pic:nvPicPr>
                  <pic:blipFill>
                    <a:blip r:embed="rId11"/>
                    <a:stretch>
                      <a:fillRect/>
                    </a:stretch>
                  </pic:blipFill>
                  <pic:spPr>
                    <a:xfrm>
                      <a:off x="0" y="0"/>
                      <a:ext cx="3352800" cy="3987800"/>
                    </a:xfrm>
                    <a:prstGeom prst="rect">
                      <a:avLst/>
                    </a:prstGeom>
                  </pic:spPr>
                </pic:pic>
              </a:graphicData>
            </a:graphic>
            <wp14:sizeRelH relativeFrom="margin">
              <wp14:pctWidth>0</wp14:pctWidth>
            </wp14:sizeRelH>
            <wp14:sizeRelV relativeFrom="margin">
              <wp14:pctHeight>0</wp14:pctHeight>
            </wp14:sizeRelV>
          </wp:anchor>
        </w:drawing>
      </w:r>
      <w:r w:rsidR="000B693E">
        <w:rPr>
          <w:rFonts w:ascii="Times New Roman" w:hAnsi="Times New Roman" w:cs="Times New Roman"/>
          <w:noProof/>
          <w:sz w:val="24"/>
          <w:szCs w:val="24"/>
        </w:rPr>
        <w:drawing>
          <wp:anchor distT="0" distB="0" distL="114300" distR="114300" simplePos="0" relativeHeight="251675648" behindDoc="0" locked="0" layoutInCell="1" allowOverlap="1" wp14:anchorId="44158D1B" wp14:editId="2ACC65DD">
            <wp:simplePos x="0" y="0"/>
            <wp:positionH relativeFrom="column">
              <wp:posOffset>25400</wp:posOffset>
            </wp:positionH>
            <wp:positionV relativeFrom="paragraph">
              <wp:posOffset>-736600</wp:posOffset>
            </wp:positionV>
            <wp:extent cx="3035300" cy="3987800"/>
            <wp:effectExtent l="0" t="0" r="0" b="0"/>
            <wp:wrapTopAndBottom/>
            <wp:docPr id="7501540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154048" name="Picture 750154048"/>
                    <pic:cNvPicPr/>
                  </pic:nvPicPr>
                  <pic:blipFill>
                    <a:blip r:embed="rId12"/>
                    <a:stretch>
                      <a:fillRect/>
                    </a:stretch>
                  </pic:blipFill>
                  <pic:spPr>
                    <a:xfrm>
                      <a:off x="0" y="0"/>
                      <a:ext cx="3035300" cy="3987800"/>
                    </a:xfrm>
                    <a:prstGeom prst="rect">
                      <a:avLst/>
                    </a:prstGeom>
                  </pic:spPr>
                </pic:pic>
              </a:graphicData>
            </a:graphic>
            <wp14:sizeRelH relativeFrom="margin">
              <wp14:pctWidth>0</wp14:pctWidth>
            </wp14:sizeRelH>
            <wp14:sizeRelV relativeFrom="margin">
              <wp14:pctHeight>0</wp14:pctHeight>
            </wp14:sizeRelV>
          </wp:anchor>
        </w:drawing>
      </w:r>
      <w:r w:rsidR="00BF5504">
        <w:rPr>
          <w:rFonts w:ascii="Times New Roman" w:hAnsi="Times New Roman" w:cs="Times New Roman"/>
          <w:sz w:val="24"/>
          <w:szCs w:val="24"/>
        </w:rPr>
        <w:br w:type="page"/>
      </w:r>
    </w:p>
    <w:p w14:paraId="66751793" w14:textId="6665DC1F" w:rsidR="00BF3EDB" w:rsidRPr="00BF3EDB" w:rsidRDefault="00BF3EDB" w:rsidP="00BF3EDB">
      <w:pPr>
        <w:spacing w:after="0" w:line="240" w:lineRule="auto"/>
        <w:jc w:val="center"/>
        <w:rPr>
          <w:rFonts w:ascii="Times New Roman" w:eastAsiaTheme="minorHAnsi" w:hAnsi="Times New Roman" w:cs="Times New Roman"/>
          <w:b/>
          <w:bCs/>
          <w:sz w:val="24"/>
          <w:szCs w:val="24"/>
        </w:rPr>
      </w:pPr>
      <w:r w:rsidRPr="00BF3EDB">
        <w:rPr>
          <w:rFonts w:ascii="Apple Color Emoji" w:eastAsiaTheme="minorHAnsi" w:hAnsi="Apple Color Emoji" w:cs="Apple Color Emoji"/>
          <w:b/>
          <w:bCs/>
          <w:sz w:val="24"/>
          <w:szCs w:val="24"/>
        </w:rPr>
        <w:lastRenderedPageBreak/>
        <w:t>📝</w:t>
      </w:r>
      <w:r w:rsidRPr="00BF3EDB">
        <w:rPr>
          <w:rFonts w:ascii="Times New Roman" w:eastAsiaTheme="minorHAnsi" w:hAnsi="Times New Roman" w:cs="Times New Roman"/>
          <w:b/>
          <w:bCs/>
          <w:sz w:val="24"/>
          <w:szCs w:val="24"/>
        </w:rPr>
        <w:t xml:space="preserve"> Scholarship Application Form</w:t>
      </w:r>
    </w:p>
    <w:p w14:paraId="35164A1B" w14:textId="77777777" w:rsidR="00BF3EDB" w:rsidRPr="00BF3EDB" w:rsidRDefault="00BF3EDB" w:rsidP="00BF3EDB">
      <w:pPr>
        <w:spacing w:after="0" w:line="240" w:lineRule="auto"/>
        <w:jc w:val="center"/>
        <w:rPr>
          <w:rFonts w:ascii="Times New Roman" w:eastAsiaTheme="minorHAnsi" w:hAnsi="Times New Roman" w:cs="Times New Roman"/>
          <w:sz w:val="24"/>
          <w:szCs w:val="24"/>
        </w:rPr>
      </w:pPr>
      <w:r w:rsidRPr="00BF3EDB">
        <w:rPr>
          <w:rFonts w:ascii="Times New Roman" w:eastAsiaTheme="minorHAnsi" w:hAnsi="Times New Roman" w:cs="Times New Roman"/>
          <w:b/>
          <w:bCs/>
          <w:sz w:val="24"/>
          <w:szCs w:val="24"/>
        </w:rPr>
        <w:t>George White Legacy of Building Scholarship Application</w:t>
      </w:r>
      <w:r w:rsidRPr="00BF3EDB">
        <w:rPr>
          <w:rFonts w:ascii="Times New Roman" w:eastAsiaTheme="minorHAnsi" w:hAnsi="Times New Roman" w:cs="Times New Roman"/>
          <w:sz w:val="24"/>
          <w:szCs w:val="24"/>
        </w:rPr>
        <w:br/>
      </w:r>
      <w:r w:rsidRPr="00BF3EDB">
        <w:rPr>
          <w:rFonts w:ascii="Times New Roman" w:eastAsiaTheme="minorHAnsi" w:hAnsi="Times New Roman" w:cs="Times New Roman"/>
          <w:i/>
          <w:iCs/>
          <w:sz w:val="24"/>
          <w:szCs w:val="24"/>
        </w:rPr>
        <w:t>Presented by A-One Support &amp; Mentorship</w:t>
      </w:r>
    </w:p>
    <w:p w14:paraId="0FAF5DAB" w14:textId="2EBFA429" w:rsidR="00B07DD8" w:rsidRPr="00815077" w:rsidRDefault="00AC574C" w:rsidP="004D565C">
      <w:pPr>
        <w:rPr>
          <w:rFonts w:ascii="Times New Roman" w:eastAsiaTheme="minorHAnsi" w:hAnsi="Times New Roman" w:cs="Times New Roman"/>
          <w:b/>
          <w:bCs/>
        </w:rPr>
      </w:pPr>
      <w:r>
        <w:rPr>
          <w:rFonts w:ascii="Times New Roman" w:hAnsi="Times New Roman" w:cs="Times New Roman"/>
          <w:noProof/>
        </w:rPr>
      </w:r>
      <w:r w:rsidR="00AC574C">
        <w:rPr>
          <w:rFonts w:ascii="Times New Roman" w:hAnsi="Times New Roman" w:cs="Times New Roman"/>
          <w:noProof/>
        </w:rPr>
        <w:pict w14:anchorId="501AE727">
          <v:rect id="_x0000_i1025" alt="" style="width:468pt;height:.05pt;mso-width-percent:0;mso-height-percent:0;mso-width-percent:0;mso-height-percent:0" o:hralign="center" o:hrstd="t" o:hr="t" fillcolor="#a0a0a0" stroked="f"/>
        </w:pict>
      </w:r>
      <w:r w:rsidR="00B07DD8" w:rsidRPr="00815077">
        <w:rPr>
          <w:rFonts w:ascii="Times New Roman" w:eastAsiaTheme="minorHAnsi" w:hAnsi="Times New Roman" w:cs="Times New Roman"/>
          <w:b/>
          <w:bCs/>
        </w:rPr>
        <w:t xml:space="preserve"> Applicant Information</w:t>
      </w:r>
    </w:p>
    <w:p w14:paraId="55A92EBA"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Full Name: ___________________________________________</w:t>
      </w:r>
    </w:p>
    <w:p w14:paraId="56728BF5"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Date of Birth (MM/DD/YYYY): ___________________________</w:t>
      </w:r>
    </w:p>
    <w:p w14:paraId="03700F8C"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Address: _____________________________________________</w:t>
      </w:r>
    </w:p>
    <w:p w14:paraId="7D1123A8"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City/State/Zip: _______________________________________</w:t>
      </w:r>
    </w:p>
    <w:p w14:paraId="1591CDE8"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Email: _______________________________________________</w:t>
      </w:r>
    </w:p>
    <w:p w14:paraId="15950A16"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Phone: _______________________________________________</w:t>
      </w:r>
    </w:p>
    <w:p w14:paraId="11B0A870"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Parent/Guardian Name (if under 18): ____________________</w:t>
      </w:r>
    </w:p>
    <w:p w14:paraId="413A9E3D" w14:textId="77777777" w:rsidR="00B07DD8" w:rsidRPr="00815077" w:rsidRDefault="00B07DD8" w:rsidP="00B07DD8">
      <w:pPr>
        <w:numPr>
          <w:ilvl w:val="0"/>
          <w:numId w:val="10"/>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Parent/Guardian Phone: _______________________________</w:t>
      </w:r>
    </w:p>
    <w:p w14:paraId="00D563EE" w14:textId="77777777" w:rsidR="00B07DD8" w:rsidRPr="00815077" w:rsidRDefault="00AC574C" w:rsidP="00B07DD8">
      <w:pPr>
        <w:spacing w:after="0" w:line="240" w:lineRule="auto"/>
        <w:rPr>
          <w:rFonts w:ascii="Times New Roman" w:eastAsiaTheme="minorHAnsi" w:hAnsi="Times New Roman" w:cs="Times New Roman"/>
        </w:rPr>
      </w:pPr>
      <w:r>
        <w:rPr>
          <w:rFonts w:ascii="Times New Roman" w:eastAsiaTheme="minorHAnsi" w:hAnsi="Times New Roman" w:cs="Times New Roman"/>
          <w:noProof/>
        </w:rPr>
      </w:r>
      <w:r w:rsidR="00AC574C">
        <w:rPr>
          <w:rFonts w:ascii="Times New Roman" w:eastAsiaTheme="minorHAnsi" w:hAnsi="Times New Roman" w:cs="Times New Roman"/>
          <w:noProof/>
        </w:rPr>
        <w:pict w14:anchorId="02DB1255">
          <v:rect id="_x0000_i1026" alt="" style="width:468pt;height:.05pt;mso-width-percent:0;mso-height-percent:0;mso-width-percent:0;mso-height-percent:0" o:hralign="center" o:hrstd="t" o:hr="t" fillcolor="#a0a0a0" stroked="f"/>
        </w:pict>
      </w:r>
    </w:p>
    <w:p w14:paraId="156745CE" w14:textId="77777777" w:rsidR="00B07DD8" w:rsidRPr="00815077" w:rsidRDefault="00B07DD8" w:rsidP="00B07DD8">
      <w:pPr>
        <w:spacing w:after="0" w:line="240" w:lineRule="auto"/>
        <w:rPr>
          <w:rFonts w:ascii="Times New Roman" w:eastAsiaTheme="minorHAnsi" w:hAnsi="Times New Roman" w:cs="Times New Roman"/>
          <w:b/>
          <w:bCs/>
        </w:rPr>
      </w:pPr>
      <w:r w:rsidRPr="00815077">
        <w:rPr>
          <w:rFonts w:ascii="Times New Roman" w:eastAsiaTheme="minorHAnsi" w:hAnsi="Times New Roman" w:cs="Times New Roman"/>
          <w:b/>
          <w:bCs/>
        </w:rPr>
        <w:t>Academic Information</w:t>
      </w:r>
    </w:p>
    <w:p w14:paraId="35EDA6FC" w14:textId="77777777" w:rsidR="00B07DD8" w:rsidRPr="00815077" w:rsidRDefault="00B07DD8" w:rsidP="00B07DD8">
      <w:pPr>
        <w:numPr>
          <w:ilvl w:val="0"/>
          <w:numId w:val="11"/>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Current School: _______________________________________</w:t>
      </w:r>
    </w:p>
    <w:p w14:paraId="792BEAE5" w14:textId="77777777" w:rsidR="00B07DD8" w:rsidRPr="00815077" w:rsidRDefault="00B07DD8" w:rsidP="00B07DD8">
      <w:pPr>
        <w:numPr>
          <w:ilvl w:val="0"/>
          <w:numId w:val="11"/>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Current Grade Level: __________________________________</w:t>
      </w:r>
    </w:p>
    <w:p w14:paraId="24DF5784" w14:textId="77777777" w:rsidR="00B07DD8" w:rsidRPr="00815077" w:rsidRDefault="00B07DD8" w:rsidP="00B07DD8">
      <w:pPr>
        <w:numPr>
          <w:ilvl w:val="0"/>
          <w:numId w:val="11"/>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GPA (if applicable): __________________________________</w:t>
      </w:r>
    </w:p>
    <w:p w14:paraId="272D3441" w14:textId="77777777" w:rsidR="00B07DD8" w:rsidRPr="00815077" w:rsidRDefault="00AC574C" w:rsidP="00B07DD8">
      <w:pPr>
        <w:spacing w:after="0" w:line="240" w:lineRule="auto"/>
        <w:rPr>
          <w:rFonts w:ascii="Times New Roman" w:eastAsiaTheme="minorHAnsi" w:hAnsi="Times New Roman" w:cs="Times New Roman"/>
        </w:rPr>
      </w:pPr>
      <w:r>
        <w:rPr>
          <w:rFonts w:ascii="Times New Roman" w:eastAsiaTheme="minorHAnsi" w:hAnsi="Times New Roman" w:cs="Times New Roman"/>
          <w:noProof/>
        </w:rPr>
      </w:r>
      <w:r w:rsidR="00AC574C">
        <w:rPr>
          <w:rFonts w:ascii="Times New Roman" w:eastAsiaTheme="minorHAnsi" w:hAnsi="Times New Roman" w:cs="Times New Roman"/>
          <w:noProof/>
        </w:rPr>
        <w:pict w14:anchorId="21886F24">
          <v:rect id="_x0000_i1027" alt="" style="width:468pt;height:.05pt;mso-width-percent:0;mso-height-percent:0;mso-width-percent:0;mso-height-percent:0" o:hralign="center" o:hrstd="t" o:hr="t" fillcolor="#a0a0a0" stroked="f"/>
        </w:pict>
      </w:r>
    </w:p>
    <w:p w14:paraId="0C3A582A" w14:textId="77777777" w:rsidR="00B07DD8" w:rsidRPr="00815077" w:rsidRDefault="00B07DD8" w:rsidP="00B07DD8">
      <w:pPr>
        <w:spacing w:after="0" w:line="240" w:lineRule="auto"/>
        <w:rPr>
          <w:rFonts w:ascii="Times New Roman" w:eastAsiaTheme="minorHAnsi" w:hAnsi="Times New Roman" w:cs="Times New Roman"/>
          <w:b/>
          <w:bCs/>
        </w:rPr>
      </w:pPr>
      <w:r w:rsidRPr="00815077">
        <w:rPr>
          <w:rFonts w:ascii="Times New Roman" w:eastAsiaTheme="minorHAnsi" w:hAnsi="Times New Roman" w:cs="Times New Roman"/>
          <w:b/>
          <w:bCs/>
        </w:rPr>
        <w:t>Eligibility</w:t>
      </w:r>
    </w:p>
    <w:p w14:paraId="3554FFBA" w14:textId="77777777" w:rsidR="00B07DD8" w:rsidRPr="00815077" w:rsidRDefault="00B07DD8" w:rsidP="00B07DD8">
      <w:pPr>
        <w:numPr>
          <w:ilvl w:val="0"/>
          <w:numId w:val="12"/>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Applicants must be current high school senior on track to graduate in Spring 2026 and planning to enroll in a 2-year college, 4-year college, trade/technical school, or vocational program.</w:t>
      </w:r>
    </w:p>
    <w:p w14:paraId="18E34C74" w14:textId="77777777" w:rsidR="00B07DD8" w:rsidRPr="00815077" w:rsidRDefault="00B07DD8" w:rsidP="00B07DD8">
      <w:pPr>
        <w:numPr>
          <w:ilvl w:val="0"/>
          <w:numId w:val="12"/>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 xml:space="preserve">Priority will </w:t>
      </w:r>
      <w:bookmarkStart w:id="21" w:name="_Int_MsG9z2VZ"/>
      <w:r w:rsidRPr="00815077">
        <w:rPr>
          <w:rFonts w:ascii="Times New Roman" w:eastAsiaTheme="minorHAnsi" w:hAnsi="Times New Roman" w:cs="Times New Roman"/>
        </w:rPr>
        <w:t>be given</w:t>
      </w:r>
      <w:bookmarkEnd w:id="21"/>
      <w:r w:rsidRPr="00815077">
        <w:rPr>
          <w:rFonts w:ascii="Times New Roman" w:eastAsiaTheme="minorHAnsi" w:hAnsi="Times New Roman" w:cs="Times New Roman"/>
        </w:rPr>
        <w:t xml:space="preserve"> to students pursuing careers in construction, architecture, engineering, business </w:t>
      </w:r>
      <w:bookmarkStart w:id="22" w:name="_Int_Bt0zltAE"/>
      <w:r w:rsidRPr="00815077">
        <w:rPr>
          <w:rFonts w:ascii="Times New Roman" w:eastAsiaTheme="minorHAnsi" w:hAnsi="Times New Roman" w:cs="Times New Roman"/>
        </w:rPr>
        <w:t>administration</w:t>
      </w:r>
      <w:bookmarkEnd w:id="22"/>
      <w:r w:rsidRPr="00815077">
        <w:rPr>
          <w:rFonts w:ascii="Times New Roman" w:eastAsiaTheme="minorHAnsi" w:hAnsi="Times New Roman" w:cs="Times New Roman"/>
        </w:rPr>
        <w:t xml:space="preserve"> or skilled trades.</w:t>
      </w:r>
    </w:p>
    <w:p w14:paraId="62F8B55C" w14:textId="77777777" w:rsidR="00B07DD8" w:rsidRPr="00815077" w:rsidRDefault="00B07DD8" w:rsidP="00B07DD8">
      <w:pPr>
        <w:spacing w:after="0" w:line="240" w:lineRule="auto"/>
        <w:ind w:left="720"/>
        <w:rPr>
          <w:rFonts w:ascii="Times New Roman" w:eastAsiaTheme="minorHAnsi" w:hAnsi="Times New Roman" w:cs="Times New Roman"/>
        </w:rPr>
      </w:pPr>
    </w:p>
    <w:p w14:paraId="7A52859A" w14:textId="77777777" w:rsidR="00B07DD8" w:rsidRPr="00815077" w:rsidRDefault="00B07DD8" w:rsidP="00B07DD8">
      <w:pPr>
        <w:spacing w:after="0" w:line="240" w:lineRule="auto"/>
        <w:rPr>
          <w:rFonts w:ascii="Times New Roman" w:eastAsiaTheme="minorHAnsi" w:hAnsi="Times New Roman" w:cs="Times New Roman"/>
          <w:b/>
          <w:bCs/>
        </w:rPr>
      </w:pPr>
      <w:r w:rsidRPr="00815077">
        <w:rPr>
          <w:rFonts w:ascii="Times New Roman" w:eastAsiaTheme="minorHAnsi" w:hAnsi="Times New Roman" w:cs="Times New Roman"/>
          <w:b/>
          <w:bCs/>
        </w:rPr>
        <w:t>Application Requirements</w:t>
      </w:r>
    </w:p>
    <w:p w14:paraId="4ADC5676" w14:textId="77777777" w:rsidR="00B07DD8" w:rsidRPr="00815077" w:rsidRDefault="00B07DD8" w:rsidP="00B07DD8">
      <w:pPr>
        <w:numPr>
          <w:ilvl w:val="0"/>
          <w:numId w:val="13"/>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Completed application form</w:t>
      </w:r>
    </w:p>
    <w:p w14:paraId="01EDCDE7" w14:textId="6646BD81" w:rsidR="00B07DD8" w:rsidRPr="00815077" w:rsidRDefault="00B07DD8" w:rsidP="00B07DD8">
      <w:pPr>
        <w:numPr>
          <w:ilvl w:val="0"/>
          <w:numId w:val="13"/>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One-page essay response (see</w:t>
      </w:r>
      <w:r w:rsidR="0056623D" w:rsidRPr="00815077">
        <w:rPr>
          <w:rFonts w:ascii="Times New Roman" w:eastAsiaTheme="minorHAnsi" w:hAnsi="Times New Roman" w:cs="Times New Roman"/>
        </w:rPr>
        <w:t xml:space="preserve"> essay</w:t>
      </w:r>
      <w:r w:rsidRPr="00815077">
        <w:rPr>
          <w:rFonts w:ascii="Times New Roman" w:eastAsiaTheme="minorHAnsi" w:hAnsi="Times New Roman" w:cs="Times New Roman"/>
        </w:rPr>
        <w:t xml:space="preserve"> prompt below)</w:t>
      </w:r>
    </w:p>
    <w:p w14:paraId="1B00D303" w14:textId="77777777" w:rsidR="00B07DD8" w:rsidRPr="00815077" w:rsidRDefault="00B07DD8" w:rsidP="00B07DD8">
      <w:pPr>
        <w:numPr>
          <w:ilvl w:val="0"/>
          <w:numId w:val="13"/>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Two letters of recommendation from a teacher and community leader</w:t>
      </w:r>
    </w:p>
    <w:p w14:paraId="09ABE77F" w14:textId="5145206D" w:rsidR="00B07DD8" w:rsidRPr="00815077" w:rsidRDefault="00B07DD8" w:rsidP="00B07DD8">
      <w:pPr>
        <w:numPr>
          <w:ilvl w:val="0"/>
          <w:numId w:val="13"/>
        </w:num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 xml:space="preserve">Most recent transcript with 3.0 GPA and proof of </w:t>
      </w:r>
      <w:r w:rsidR="00734353" w:rsidRPr="00815077">
        <w:rPr>
          <w:rFonts w:ascii="Times New Roman" w:eastAsiaTheme="minorHAnsi" w:hAnsi="Times New Roman" w:cs="Times New Roman"/>
        </w:rPr>
        <w:t>post-secondary</w:t>
      </w:r>
      <w:r w:rsidR="0056623D" w:rsidRPr="00815077">
        <w:rPr>
          <w:rFonts w:ascii="Times New Roman" w:eastAsiaTheme="minorHAnsi" w:hAnsi="Times New Roman" w:cs="Times New Roman"/>
        </w:rPr>
        <w:t xml:space="preserve"> education </w:t>
      </w:r>
      <w:r w:rsidRPr="00815077">
        <w:rPr>
          <w:rFonts w:ascii="Times New Roman" w:eastAsiaTheme="minorHAnsi" w:hAnsi="Times New Roman" w:cs="Times New Roman"/>
        </w:rPr>
        <w:t>enrollment</w:t>
      </w:r>
    </w:p>
    <w:p w14:paraId="22DCAF9B" w14:textId="77777777" w:rsidR="00B07DD8" w:rsidRPr="00815077" w:rsidRDefault="00B07DD8" w:rsidP="00B07DD8">
      <w:pPr>
        <w:spacing w:after="0" w:line="240" w:lineRule="auto"/>
        <w:ind w:left="720"/>
        <w:rPr>
          <w:rFonts w:ascii="Times New Roman" w:eastAsiaTheme="minorHAnsi" w:hAnsi="Times New Roman" w:cs="Times New Roman"/>
        </w:rPr>
      </w:pPr>
    </w:p>
    <w:p w14:paraId="07499731" w14:textId="77777777" w:rsidR="00B07DD8" w:rsidRPr="00815077" w:rsidRDefault="00B07DD8" w:rsidP="00B07DD8">
      <w:pPr>
        <w:spacing w:after="0" w:line="240" w:lineRule="auto"/>
        <w:rPr>
          <w:rFonts w:ascii="Times New Roman" w:eastAsiaTheme="minorHAnsi" w:hAnsi="Times New Roman" w:cs="Times New Roman"/>
        </w:rPr>
      </w:pPr>
      <w:r w:rsidRPr="00815077">
        <w:rPr>
          <w:rFonts w:ascii="Times New Roman" w:eastAsiaTheme="minorHAnsi" w:hAnsi="Times New Roman" w:cs="Times New Roman"/>
          <w:b/>
          <w:bCs/>
        </w:rPr>
        <w:t>Essay Prompt</w:t>
      </w:r>
      <w:r w:rsidRPr="00815077">
        <w:rPr>
          <w:rFonts w:ascii="Times New Roman" w:eastAsiaTheme="minorHAnsi" w:hAnsi="Times New Roman" w:cs="Times New Roman"/>
        </w:rPr>
        <w:br/>
      </w:r>
      <w:r w:rsidRPr="00815077">
        <w:rPr>
          <w:rFonts w:ascii="Times New Roman" w:eastAsiaTheme="minorHAnsi" w:hAnsi="Times New Roman" w:cs="Times New Roman"/>
          <w:i/>
          <w:iCs/>
        </w:rPr>
        <w:t>"George White spent his life building—through his business, his Masonic brotherhood, and his dedication to family and community. In what ways do you hope to build opportunities, relationships, or positive change in your own life and community? How will this scholarship help you achieve those goals?"</w:t>
      </w:r>
    </w:p>
    <w:p w14:paraId="2D39EA06" w14:textId="77777777" w:rsidR="00B07DD8" w:rsidRPr="00815077" w:rsidRDefault="00B07DD8" w:rsidP="00B07DD8">
      <w:pPr>
        <w:spacing w:after="0" w:line="240" w:lineRule="auto"/>
        <w:rPr>
          <w:rFonts w:ascii="Times New Roman" w:eastAsiaTheme="minorHAnsi" w:hAnsi="Times New Roman" w:cs="Times New Roman"/>
        </w:rPr>
      </w:pPr>
    </w:p>
    <w:p w14:paraId="21D3BD00" w14:textId="30576EEF" w:rsidR="00B07DD8" w:rsidRPr="00815077" w:rsidRDefault="00B07DD8" w:rsidP="00B07DD8">
      <w:p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 xml:space="preserve">Deadline for Submission: </w:t>
      </w:r>
      <w:r w:rsidR="00D0633F">
        <w:rPr>
          <w:rFonts w:ascii="Times New Roman" w:eastAsiaTheme="minorHAnsi" w:hAnsi="Times New Roman" w:cs="Times New Roman"/>
        </w:rPr>
        <w:t xml:space="preserve">February </w:t>
      </w:r>
      <w:r w:rsidR="00184B9C">
        <w:rPr>
          <w:rFonts w:ascii="Times New Roman" w:eastAsiaTheme="minorHAnsi" w:hAnsi="Times New Roman" w:cs="Times New Roman"/>
        </w:rPr>
        <w:t>14, 2026</w:t>
      </w:r>
      <w:r w:rsidRPr="00815077">
        <w:rPr>
          <w:rFonts w:ascii="Times New Roman" w:eastAsiaTheme="minorHAnsi" w:hAnsi="Times New Roman" w:cs="Times New Roman"/>
        </w:rPr>
        <w:br/>
        <w:t xml:space="preserve">Award Amount: </w:t>
      </w:r>
      <w:r w:rsidR="008C6F3F" w:rsidRPr="00815077">
        <w:rPr>
          <w:rFonts w:ascii="Times New Roman" w:eastAsiaTheme="minorHAnsi" w:hAnsi="Times New Roman" w:cs="Times New Roman"/>
          <w:b/>
          <w:bCs/>
        </w:rPr>
        <w:t>$500</w:t>
      </w:r>
      <w:r w:rsidRPr="00815077">
        <w:rPr>
          <w:rFonts w:ascii="Times New Roman" w:eastAsiaTheme="minorHAnsi" w:hAnsi="Times New Roman" w:cs="Times New Roman"/>
        </w:rPr>
        <w:br/>
        <w:t xml:space="preserve">Submit to: </w:t>
      </w:r>
      <w:hyperlink r:id="rId13" w:history="1">
        <w:r w:rsidR="00284861" w:rsidRPr="00815077">
          <w:rPr>
            <w:rStyle w:val="Hyperlink"/>
            <w:rFonts w:ascii="Times New Roman" w:eastAsiaTheme="minorHAnsi" w:hAnsi="Times New Roman" w:cs="Times New Roman"/>
          </w:rPr>
          <w:t>directors@topnotchmentality.com</w:t>
        </w:r>
      </w:hyperlink>
      <w:r w:rsidR="00284861" w:rsidRPr="00815077">
        <w:rPr>
          <w:rFonts w:ascii="Times New Roman" w:eastAsiaTheme="minorHAnsi" w:hAnsi="Times New Roman" w:cs="Times New Roman"/>
        </w:rPr>
        <w:t xml:space="preserve"> </w:t>
      </w:r>
    </w:p>
    <w:p w14:paraId="53067427" w14:textId="77777777" w:rsidR="00B07DD8" w:rsidRPr="00815077" w:rsidRDefault="00AC574C" w:rsidP="00B07DD8">
      <w:pPr>
        <w:spacing w:after="0" w:line="240" w:lineRule="auto"/>
        <w:rPr>
          <w:rFonts w:ascii="Times New Roman" w:eastAsiaTheme="minorHAnsi" w:hAnsi="Times New Roman" w:cs="Times New Roman"/>
        </w:rPr>
      </w:pPr>
      <w:r>
        <w:rPr>
          <w:rFonts w:ascii="Times New Roman" w:eastAsiaTheme="minorHAnsi" w:hAnsi="Times New Roman" w:cs="Times New Roman"/>
          <w:noProof/>
        </w:rPr>
      </w:r>
      <w:r w:rsidR="00AC574C">
        <w:rPr>
          <w:rFonts w:ascii="Times New Roman" w:eastAsiaTheme="minorHAnsi" w:hAnsi="Times New Roman" w:cs="Times New Roman"/>
          <w:noProof/>
        </w:rPr>
        <w:pict w14:anchorId="029E5280">
          <v:rect id="_x0000_i1028" alt="" style="width:468pt;height:.05pt;mso-width-percent:0;mso-height-percent:0;mso-width-percent:0;mso-height-percent:0" o:hralign="center" o:hrstd="t" o:hr="t" fillcolor="#a0a0a0" stroked="f"/>
        </w:pict>
      </w:r>
    </w:p>
    <w:p w14:paraId="39A2DD20" w14:textId="77777777" w:rsidR="00B07DD8" w:rsidRPr="00815077" w:rsidRDefault="00B07DD8" w:rsidP="00B07DD8">
      <w:pPr>
        <w:spacing w:after="0" w:line="240" w:lineRule="auto"/>
        <w:rPr>
          <w:rFonts w:ascii="Times New Roman" w:eastAsiaTheme="minorHAnsi" w:hAnsi="Times New Roman" w:cs="Times New Roman"/>
          <w:b/>
          <w:bCs/>
        </w:rPr>
      </w:pPr>
      <w:r w:rsidRPr="00815077">
        <w:rPr>
          <w:rFonts w:ascii="Times New Roman" w:eastAsiaTheme="minorHAnsi" w:hAnsi="Times New Roman" w:cs="Times New Roman"/>
          <w:b/>
          <w:bCs/>
        </w:rPr>
        <w:t>Certification</w:t>
      </w:r>
    </w:p>
    <w:p w14:paraId="3809F01D" w14:textId="77777777" w:rsidR="00B07DD8" w:rsidRPr="00815077" w:rsidRDefault="00B07DD8" w:rsidP="00B07DD8">
      <w:pPr>
        <w:spacing w:after="0" w:line="240" w:lineRule="auto"/>
        <w:rPr>
          <w:rFonts w:ascii="Times New Roman" w:eastAsiaTheme="minorHAnsi" w:hAnsi="Times New Roman" w:cs="Times New Roman"/>
          <w:b/>
          <w:bCs/>
        </w:rPr>
      </w:pPr>
    </w:p>
    <w:p w14:paraId="704D5A0E" w14:textId="77777777" w:rsidR="00B07DD8" w:rsidRPr="00815077" w:rsidRDefault="00B07DD8" w:rsidP="00B07DD8">
      <w:p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I hereby certify that the information provided is true and complete to the best of my knowledge.</w:t>
      </w:r>
    </w:p>
    <w:p w14:paraId="6284BCE6" w14:textId="77777777" w:rsidR="00B07DD8" w:rsidRPr="00815077" w:rsidRDefault="00B07DD8" w:rsidP="00B07DD8">
      <w:pPr>
        <w:spacing w:after="0" w:line="240" w:lineRule="auto"/>
        <w:rPr>
          <w:rFonts w:ascii="Times New Roman" w:eastAsiaTheme="minorHAnsi" w:hAnsi="Times New Roman" w:cs="Times New Roman"/>
        </w:rPr>
      </w:pPr>
    </w:p>
    <w:p w14:paraId="501FC8BD" w14:textId="77777777" w:rsidR="00841ADB" w:rsidRPr="00815077" w:rsidRDefault="00B07DD8" w:rsidP="00B07DD8">
      <w:p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t>Applicant Signature: ___________________________ Date: ____________</w:t>
      </w:r>
    </w:p>
    <w:p w14:paraId="194FC076" w14:textId="73D511FB" w:rsidR="00B07DD8" w:rsidRPr="00815077" w:rsidRDefault="00B07DD8" w:rsidP="00B07DD8">
      <w:pPr>
        <w:spacing w:after="0" w:line="240" w:lineRule="auto"/>
        <w:rPr>
          <w:rFonts w:ascii="Times New Roman" w:eastAsiaTheme="minorHAnsi" w:hAnsi="Times New Roman" w:cs="Times New Roman"/>
        </w:rPr>
      </w:pPr>
      <w:r w:rsidRPr="00815077">
        <w:rPr>
          <w:rFonts w:ascii="Times New Roman" w:eastAsiaTheme="minorHAnsi" w:hAnsi="Times New Roman" w:cs="Times New Roman"/>
        </w:rPr>
        <w:br/>
        <w:t>Parent/Guardian Signature (if under 18): ___________________</w:t>
      </w:r>
      <w:bookmarkStart w:id="23" w:name="_Int_FQDfcAOE"/>
      <w:r w:rsidRPr="00815077">
        <w:rPr>
          <w:rFonts w:ascii="Times New Roman" w:eastAsiaTheme="minorHAnsi" w:hAnsi="Times New Roman" w:cs="Times New Roman"/>
        </w:rPr>
        <w:t>_  Date</w:t>
      </w:r>
      <w:bookmarkEnd w:id="23"/>
      <w:r w:rsidRPr="00815077">
        <w:rPr>
          <w:rFonts w:ascii="Times New Roman" w:eastAsiaTheme="minorHAnsi" w:hAnsi="Times New Roman" w:cs="Times New Roman"/>
        </w:rPr>
        <w:t>: ____________</w:t>
      </w:r>
    </w:p>
    <w:p w14:paraId="4B2CCB96" w14:textId="239740D7" w:rsidR="002D5528" w:rsidRPr="00815077" w:rsidRDefault="002D5528" w:rsidP="00B07DD8">
      <w:pPr>
        <w:rPr>
          <w:rFonts w:ascii="Times New Roman" w:hAnsi="Times New Roman" w:cs="Times New Roman"/>
          <w:sz w:val="24"/>
          <w:szCs w:val="24"/>
        </w:rPr>
      </w:pPr>
      <w:r w:rsidRPr="00815077">
        <w:rPr>
          <w:rFonts w:ascii="Times New Roman" w:hAnsi="Times New Roman" w:cs="Times New Roman"/>
          <w:sz w:val="24"/>
          <w:szCs w:val="24"/>
        </w:rPr>
        <w:br w:type="page"/>
      </w:r>
    </w:p>
    <w:p w14:paraId="42B9CF14" w14:textId="77777777" w:rsidR="002F029F" w:rsidRPr="008F0E86" w:rsidRDefault="002F029F">
      <w:pPr>
        <w:rPr>
          <w:rFonts w:ascii="Times New Roman" w:hAnsi="Times New Roman" w:cs="Times New Roman"/>
          <w:sz w:val="24"/>
          <w:szCs w:val="24"/>
        </w:rPr>
      </w:pPr>
    </w:p>
    <w:p w14:paraId="5DAE97DE" w14:textId="2F87945A" w:rsidR="002F029F" w:rsidRPr="008F0E86" w:rsidRDefault="002F029F">
      <w:pPr>
        <w:rPr>
          <w:rFonts w:ascii="Times New Roman" w:hAnsi="Times New Roman" w:cs="Times New Roman"/>
          <w:sz w:val="24"/>
          <w:szCs w:val="24"/>
        </w:rPr>
      </w:pPr>
    </w:p>
    <w:p w14:paraId="0E05198F" w14:textId="1410D270" w:rsidR="002F029F" w:rsidRPr="0034479C" w:rsidRDefault="00A608FA">
      <w:pPr>
        <w:jc w:val="center"/>
        <w:rPr>
          <w:rFonts w:ascii="Times New Roman" w:hAnsi="Times New Roman" w:cs="Times New Roman"/>
        </w:rPr>
      </w:pPr>
      <w:r w:rsidRPr="0034479C">
        <w:rPr>
          <w:rFonts w:ascii="Times New Roman" w:hAnsi="Times New Roman" w:cs="Times New Roman"/>
          <w:b/>
          <w:sz w:val="36"/>
        </w:rPr>
        <w:t>In Loving Memory of George</w:t>
      </w:r>
      <w:r w:rsidR="00F6232A">
        <w:rPr>
          <w:rFonts w:ascii="Times New Roman" w:hAnsi="Times New Roman" w:cs="Times New Roman"/>
          <w:b/>
          <w:sz w:val="36"/>
        </w:rPr>
        <w:t xml:space="preserve"> Douglas</w:t>
      </w:r>
      <w:r w:rsidRPr="0034479C">
        <w:rPr>
          <w:rFonts w:ascii="Times New Roman" w:hAnsi="Times New Roman" w:cs="Times New Roman"/>
          <w:b/>
          <w:sz w:val="36"/>
        </w:rPr>
        <w:t xml:space="preserve"> White</w:t>
      </w:r>
      <w:r w:rsidR="00F6232A">
        <w:rPr>
          <w:rFonts w:ascii="Times New Roman" w:hAnsi="Times New Roman" w:cs="Times New Roman"/>
          <w:b/>
          <w:sz w:val="36"/>
        </w:rPr>
        <w:t xml:space="preserve"> Jr. </w:t>
      </w:r>
      <w:r w:rsidR="00F6232A" w:rsidRPr="0034479C">
        <w:rPr>
          <w:rFonts w:ascii="Times New Roman" w:hAnsi="Times New Roman" w:cs="Times New Roman"/>
          <w:b/>
          <w:sz w:val="36"/>
        </w:rPr>
        <w:t>“Duck”</w:t>
      </w:r>
    </w:p>
    <w:p w14:paraId="74B24ABA" w14:textId="2AA14D9B" w:rsidR="002F029F" w:rsidRPr="009D6762" w:rsidRDefault="00A608FA">
      <w:pPr>
        <w:jc w:val="center"/>
        <w:rPr>
          <w:rFonts w:ascii="Times New Roman" w:hAnsi="Times New Roman" w:cs="Times New Roman"/>
          <w:sz w:val="24"/>
          <w:szCs w:val="24"/>
        </w:rPr>
      </w:pPr>
      <w:r w:rsidRPr="0034479C">
        <w:rPr>
          <w:rFonts w:ascii="Times New Roman" w:hAnsi="Times New Roman" w:cs="Times New Roman"/>
        </w:rPr>
        <w:t>T</w:t>
      </w:r>
      <w:r w:rsidRPr="009D6762">
        <w:rPr>
          <w:rFonts w:ascii="Times New Roman" w:hAnsi="Times New Roman" w:cs="Times New Roman"/>
          <w:sz w:val="24"/>
          <w:szCs w:val="24"/>
        </w:rPr>
        <w:t xml:space="preserve">his scholarship stands as a tribute to George’s enduring legacy of faith, service, and craftsmanship. May every recipient </w:t>
      </w:r>
      <w:bookmarkStart w:id="24" w:name="_Int_wV6cqhTz"/>
      <w:r w:rsidRPr="009D6762">
        <w:rPr>
          <w:rFonts w:ascii="Times New Roman" w:hAnsi="Times New Roman" w:cs="Times New Roman"/>
          <w:sz w:val="24"/>
          <w:szCs w:val="24"/>
        </w:rPr>
        <w:t>be inspired</w:t>
      </w:r>
      <w:bookmarkEnd w:id="24"/>
      <w:r w:rsidRPr="009D6762">
        <w:rPr>
          <w:rFonts w:ascii="Times New Roman" w:hAnsi="Times New Roman" w:cs="Times New Roman"/>
          <w:sz w:val="24"/>
          <w:szCs w:val="24"/>
        </w:rPr>
        <w:t xml:space="preserve"> to live with the same integrity, generosity, and determination that George </w:t>
      </w:r>
      <w:r w:rsidR="0012101B" w:rsidRPr="009D6762">
        <w:rPr>
          <w:rFonts w:ascii="Times New Roman" w:hAnsi="Times New Roman" w:cs="Times New Roman"/>
          <w:sz w:val="24"/>
          <w:szCs w:val="24"/>
        </w:rPr>
        <w:t>shown</w:t>
      </w:r>
      <w:r w:rsidRPr="009D6762">
        <w:rPr>
          <w:rFonts w:ascii="Times New Roman" w:hAnsi="Times New Roman" w:cs="Times New Roman"/>
          <w:sz w:val="24"/>
          <w:szCs w:val="24"/>
        </w:rPr>
        <w:t xml:space="preserve"> throughout his life</w:t>
      </w:r>
      <w:bookmarkStart w:id="25" w:name="_Int_e58EwOOm"/>
      <w:r w:rsidRPr="009D6762">
        <w:rPr>
          <w:rFonts w:ascii="Times New Roman" w:hAnsi="Times New Roman" w:cs="Times New Roman"/>
          <w:sz w:val="24"/>
          <w:szCs w:val="24"/>
        </w:rPr>
        <w:t>.</w:t>
      </w:r>
      <w:r w:rsidRPr="009D6762">
        <w:rPr>
          <w:rFonts w:ascii="Times New Roman" w:hAnsi="Times New Roman" w:cs="Times New Roman"/>
          <w:sz w:val="24"/>
          <w:szCs w:val="24"/>
        </w:rPr>
        <w:br/>
      </w:r>
      <w:r w:rsidRPr="009D6762">
        <w:rPr>
          <w:rFonts w:ascii="Times New Roman" w:hAnsi="Times New Roman" w:cs="Times New Roman"/>
          <w:sz w:val="24"/>
          <w:szCs w:val="24"/>
        </w:rPr>
        <w:br/>
      </w:r>
      <w:bookmarkEnd w:id="25"/>
      <w:r w:rsidRPr="009D6762">
        <w:rPr>
          <w:rFonts w:ascii="Times New Roman" w:hAnsi="Times New Roman" w:cs="Times New Roman"/>
          <w:sz w:val="24"/>
          <w:szCs w:val="24"/>
        </w:rPr>
        <w:t>The A-One Support &amp; Mentorship family is honored to continue his legacy by investing in the future of our youth.</w:t>
      </w:r>
    </w:p>
    <w:sectPr w:rsidR="002F029F" w:rsidRPr="009D6762" w:rsidSect="00034616">
      <w:footerReference w:type="even" r:id="rId14"/>
      <w:footerReference w:type="default" r:id="rId1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988F4E" w14:textId="77777777" w:rsidR="00F53B81" w:rsidRDefault="00F53B81" w:rsidP="0034479C">
      <w:pPr>
        <w:spacing w:after="0" w:line="240" w:lineRule="auto"/>
      </w:pPr>
      <w:r>
        <w:separator/>
      </w:r>
    </w:p>
  </w:endnote>
  <w:endnote w:type="continuationSeparator" w:id="0">
    <w:p w14:paraId="66D52487" w14:textId="77777777" w:rsidR="00F53B81" w:rsidRDefault="00F53B81" w:rsidP="003447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altName w:val="Baskerville"/>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B0604020202020204"/>
    <w:charset w:val="00"/>
    <w:family w:val="auto"/>
    <w:pitch w:val="variable"/>
    <w:sig w:usb0="00000003" w:usb1="00000000" w:usb2="00000000" w:usb3="00000000" w:csb0="00000001" w:csb1="00000000"/>
  </w:font>
  <w:font w:name="Apple Color Emoj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13425425"/>
      <w:docPartObj>
        <w:docPartGallery w:val="Page Numbers (Bottom of Page)"/>
        <w:docPartUnique/>
      </w:docPartObj>
    </w:sdtPr>
    <w:sdtContent>
      <w:p w14:paraId="4A423DD3" w14:textId="4ABAE09C" w:rsidR="002E6C39" w:rsidRDefault="002E6C39" w:rsidP="008544AE">
        <w:pPr>
          <w:pStyle w:val="Footer"/>
          <w:framePr w:wrap="none" w:vAnchor="text" w:hAnchor="margin" w:xAlign="right" w:y="1"/>
          <w:jc w:val="right"/>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143BBF" w14:textId="77777777" w:rsidR="002E6C39" w:rsidRDefault="002E6C39" w:rsidP="002E6C3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34006170"/>
      <w:docPartObj>
        <w:docPartGallery w:val="Page Numbers (Bottom of Page)"/>
        <w:docPartUnique/>
      </w:docPartObj>
    </w:sdtPr>
    <w:sdtContent>
      <w:p w14:paraId="50E32772" w14:textId="77A8042D" w:rsidR="002E6C39" w:rsidRDefault="002E6C39" w:rsidP="008544AE">
        <w:pPr>
          <w:pStyle w:val="Footer"/>
          <w:framePr w:wrap="none" w:vAnchor="text" w:hAnchor="margin" w:xAlign="right" w:y="1"/>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5AE6E61" w14:textId="77777777" w:rsidR="002E6C39" w:rsidRDefault="002E6C39" w:rsidP="002E6C3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94E702" w14:textId="77777777" w:rsidR="00F53B81" w:rsidRDefault="00F53B81" w:rsidP="0034479C">
      <w:pPr>
        <w:spacing w:after="0" w:line="240" w:lineRule="auto"/>
      </w:pPr>
      <w:r>
        <w:separator/>
      </w:r>
    </w:p>
  </w:footnote>
  <w:footnote w:type="continuationSeparator" w:id="0">
    <w:p w14:paraId="768F158A" w14:textId="77777777" w:rsidR="00F53B81" w:rsidRDefault="00F53B81" w:rsidP="0034479C">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bookmark int2:bookmarkName="_Int_3nZQwLKL" int2:invalidationBookmarkName="" int2:hashCode="ng4LmD0CTo47go" int2:id="xW9Py2wQ">
      <int2:state int2:value="Rejected" int2:type="gram"/>
    </int2:bookmark>
    <int2:bookmark int2:bookmarkName="_Int_FQDfcAOE" int2:invalidationBookmarkName="" int2:hashCode="VdwTnPuMcHadn2" int2:id="8tNfLL8z">
      <int2:state int2:value="Rejected" int2:type="gram"/>
    </int2:bookmark>
    <int2:bookmark int2:bookmarkName="_Int_Q26Lemnc" int2:invalidationBookmarkName="" int2:hashCode="CDMHId81OD8cAv" int2:id="wljqewsI">
      <int2:state int2:value="Rejected" int2:type="style"/>
    </int2:bookmark>
    <int2:bookmark int2:bookmarkName="_Int_sW828UPw" int2:invalidationBookmarkName="" int2:hashCode="IMl8h1qZDdrD5u" int2:id="avXqM2xo">
      <int2:state int2:value="Rejected" int2:type="style"/>
    </int2:bookmark>
    <int2:bookmark int2:bookmarkName="_Int_pzAqnb0P" int2:invalidationBookmarkName="" int2:hashCode="dTZ+9AC2WtGYdu" int2:id="wEwx7xds">
      <int2:state int2:value="Rejected" int2:type="style"/>
    </int2:bookmark>
    <int2:bookmark int2:bookmarkName="_Int_5AO3KfhC" int2:invalidationBookmarkName="" int2:hashCode="TiXcGaTKixqbeE" int2:id="UouOEVZy">
      <int2:state int2:value="Rejected" int2:type="style"/>
    </int2:bookmark>
    <int2:bookmark int2:bookmarkName="_Int_wYQ7fsGB" int2:invalidationBookmarkName="" int2:hashCode="TiXcGaTKixqbeE" int2:id="9CfC8vyn">
      <int2:state int2:value="Rejected" int2:type="style"/>
    </int2:bookmark>
    <int2:bookmark int2:bookmarkName="_Int_Bt0zltAE" int2:invalidationBookmarkName="" int2:hashCode="BWy+WVLvdZqcma" int2:id="p9aNghQn">
      <int2:state int2:value="Rejected" int2:type="style"/>
    </int2:bookmark>
    <int2:bookmark int2:bookmarkName="_Int_e58EwOOm" int2:invalidationBookmarkName="" int2:hashCode="TiXcGaTKixqbeE" int2:id="Wdlei7Su">
      <int2:state int2:value="Rejected" int2:type="style"/>
    </int2:bookmark>
    <int2:bookmark int2:bookmarkName="_Int_94LrpcdI" int2:invalidationBookmarkName="" int2:hashCode="TiXcGaTKixqbeE" int2:id="BB5qoLeq">
      <int2:state int2:value="Rejected" int2:type="style"/>
    </int2:bookmark>
    <int2:bookmark int2:bookmarkName="_Int_CnG4qR6p" int2:invalidationBookmarkName="" int2:hashCode="TiXcGaTKixqbeE" int2:id="W74VEUPp">
      <int2:state int2:value="Rejected" int2:type="style"/>
    </int2:bookmark>
    <int2:bookmark int2:bookmarkName="_Int_37b9oKoS" int2:invalidationBookmarkName="" int2:hashCode="TiXcGaTKixqbeE" int2:id="kVejWYMb">
      <int2:state int2:value="Rejected" int2:type="style"/>
    </int2:bookmark>
    <int2:bookmark int2:bookmarkName="_Int_uJg72upF" int2:invalidationBookmarkName="" int2:hashCode="TiXcGaTKixqbeE" int2:id="pUvPCSSB">
      <int2:state int2:value="Rejected" int2:type="style"/>
    </int2:bookmark>
    <int2:bookmark int2:bookmarkName="_Int_qZfudcxp" int2:invalidationBookmarkName="" int2:hashCode="N9Pv7j8RwkbfNC" int2:id="ZSEu5VAk">
      <int2:state int2:value="Rejected" int2:type="style"/>
    </int2:bookmark>
    <int2:bookmark int2:bookmarkName="_Int_AHLC5chE" int2:invalidationBookmarkName="" int2:hashCode="70Z3JUQTC94OzH" int2:id="SqYROfYY">
      <int2:state int2:value="Rejected" int2:type="style"/>
    </int2:bookmark>
    <int2:bookmark int2:bookmarkName="_Int_DqZvtRnJ" int2:invalidationBookmarkName="" int2:hashCode="X1ym/uiYTs4LBj" int2:id="3wi0qcMi">
      <int2:state int2:value="Rejected" int2:type="style"/>
    </int2:bookmark>
    <int2:bookmark int2:bookmarkName="_Int_IMv1Xfdv" int2:invalidationBookmarkName="" int2:hashCode="aupopgtTQLLEz1" int2:id="aaUBjJ8k">
      <int2:state int2:value="Rejected" int2:type="style"/>
    </int2:bookmark>
    <int2:bookmark int2:bookmarkName="_Int_j0kJSc3X" int2:invalidationBookmarkName="" int2:hashCode="4O4TqgkYo4D6+W" int2:id="uxPd3wTK">
      <int2:state int2:value="Rejected" int2:type="style"/>
    </int2:bookmark>
    <int2:bookmark int2:bookmarkName="_Int_MsG9z2VZ" int2:invalidationBookmarkName="" int2:hashCode="+CdJPrWFC/LgQR" int2:id="fLQLsTc4">
      <int2:state int2:value="Rejected" int2:type="style"/>
    </int2:bookmark>
    <int2:bookmark int2:bookmarkName="_Int_wV6cqhTz" int2:invalidationBookmarkName="" int2:hashCode="iYzN4+f6TGPKR6" int2:id="9KwG0I19">
      <int2:state int2:value="Rejected" int2:type="style"/>
    </int2:bookmark>
    <int2:bookmark int2:bookmarkName="_Int_xHnLSDiV" int2:invalidationBookmarkName="" int2:hashCode="esZRK6lSz0TOb7" int2:id="yycEUdYd">
      <int2:state int2:value="Rejected" int2:type="style"/>
    </int2:bookmark>
    <int2:bookmark int2:bookmarkName="_Int_HtWdlIq9" int2:invalidationBookmarkName="" int2:hashCode="OFYXKXAfBAKJwz" int2:id="Zcnp1k95">
      <int2:state int2:value="Rejected" int2:type="style"/>
    </int2:bookmark>
    <int2:bookmark int2:bookmarkName="_Int_bkUCSuk7" int2:invalidationBookmarkName="" int2:hashCode="VRyAVr/dM977IK" int2:id="5w1Hddck">
      <int2:state int2:value="Rejected" int2:type="style"/>
    </int2:bookmark>
    <int2:bookmark int2:bookmarkName="_Int_Ceeshqln" int2:invalidationBookmarkName="" int2:hashCode="SLGLFARhzcGrh6" int2:id="ZUH5PhmA">
      <int2:state int2:value="Rejected" int2:type="style"/>
    </int2:bookmark>
    <int2:bookmark int2:bookmarkName="_Int_emAyx4Pa" int2:invalidationBookmarkName="" int2:hashCode="SMFwPIHakRGYAb" int2:id="XNm8oE6Y">
      <int2:state int2:value="Rejected" int2:type="style"/>
    </int2:bookmark>
    <int2:bookmark int2:bookmarkName="_Int_n5AsTdsm" int2:invalidationBookmarkName="" int2:hashCode="LtE20um5MT0JGL" int2:id="NKh3rz5i">
      <int2:state int2:value="Rejected" int2:type="styl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1CAB7336"/>
    <w:multiLevelType w:val="multilevel"/>
    <w:tmpl w:val="3D44D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C37046"/>
    <w:multiLevelType w:val="multilevel"/>
    <w:tmpl w:val="F1BEA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1534F22"/>
    <w:multiLevelType w:val="multilevel"/>
    <w:tmpl w:val="487641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7967870"/>
    <w:multiLevelType w:val="multilevel"/>
    <w:tmpl w:val="7ECE0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A044AE6"/>
    <w:multiLevelType w:val="multilevel"/>
    <w:tmpl w:val="56F46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937692F"/>
    <w:multiLevelType w:val="multilevel"/>
    <w:tmpl w:val="E872F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55759870">
    <w:abstractNumId w:val="8"/>
  </w:num>
  <w:num w:numId="2" w16cid:durableId="1274361698">
    <w:abstractNumId w:val="6"/>
  </w:num>
  <w:num w:numId="3" w16cid:durableId="1540774937">
    <w:abstractNumId w:val="5"/>
  </w:num>
  <w:num w:numId="4" w16cid:durableId="796797561">
    <w:abstractNumId w:val="4"/>
  </w:num>
  <w:num w:numId="5" w16cid:durableId="268320525">
    <w:abstractNumId w:val="7"/>
  </w:num>
  <w:num w:numId="6" w16cid:durableId="926771247">
    <w:abstractNumId w:val="3"/>
  </w:num>
  <w:num w:numId="7" w16cid:durableId="1489637171">
    <w:abstractNumId w:val="2"/>
  </w:num>
  <w:num w:numId="8" w16cid:durableId="678970967">
    <w:abstractNumId w:val="1"/>
  </w:num>
  <w:num w:numId="9" w16cid:durableId="820200300">
    <w:abstractNumId w:val="0"/>
  </w:num>
  <w:num w:numId="10" w16cid:durableId="1828399008">
    <w:abstractNumId w:val="12"/>
  </w:num>
  <w:num w:numId="11" w16cid:durableId="920338500">
    <w:abstractNumId w:val="14"/>
  </w:num>
  <w:num w:numId="12" w16cid:durableId="701714779">
    <w:abstractNumId w:val="10"/>
  </w:num>
  <w:num w:numId="13" w16cid:durableId="549727576">
    <w:abstractNumId w:val="13"/>
  </w:num>
  <w:num w:numId="14" w16cid:durableId="2133089055">
    <w:abstractNumId w:val="9"/>
    <w:lvlOverride w:ilvl="0"/>
    <w:lvlOverride w:ilvl="1"/>
    <w:lvlOverride w:ilvl="2"/>
    <w:lvlOverride w:ilvl="3"/>
    <w:lvlOverride w:ilvl="4"/>
    <w:lvlOverride w:ilvl="5"/>
    <w:lvlOverride w:ilvl="6"/>
    <w:lvlOverride w:ilvl="7"/>
    <w:lvlOverride w:ilvl="8"/>
  </w:num>
  <w:num w:numId="15" w16cid:durableId="597560390">
    <w:abstractNumId w:val="11"/>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2"/>
  <w:proofState w:spelling="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34616"/>
    <w:rsid w:val="00041D7F"/>
    <w:rsid w:val="0006063C"/>
    <w:rsid w:val="00075708"/>
    <w:rsid w:val="000B693E"/>
    <w:rsid w:val="000E6086"/>
    <w:rsid w:val="0012101B"/>
    <w:rsid w:val="00137188"/>
    <w:rsid w:val="001429AA"/>
    <w:rsid w:val="0015074B"/>
    <w:rsid w:val="00184B9C"/>
    <w:rsid w:val="00275B69"/>
    <w:rsid w:val="002762F7"/>
    <w:rsid w:val="00284861"/>
    <w:rsid w:val="0029639D"/>
    <w:rsid w:val="002D5528"/>
    <w:rsid w:val="002D58E0"/>
    <w:rsid w:val="002E6C39"/>
    <w:rsid w:val="002F029F"/>
    <w:rsid w:val="00326F90"/>
    <w:rsid w:val="0034479C"/>
    <w:rsid w:val="0038031C"/>
    <w:rsid w:val="003F6A58"/>
    <w:rsid w:val="004522DB"/>
    <w:rsid w:val="00457C3E"/>
    <w:rsid w:val="0047371A"/>
    <w:rsid w:val="00493C6D"/>
    <w:rsid w:val="004B6F32"/>
    <w:rsid w:val="004D17E7"/>
    <w:rsid w:val="004E4C7E"/>
    <w:rsid w:val="0056623D"/>
    <w:rsid w:val="0057644B"/>
    <w:rsid w:val="0058677D"/>
    <w:rsid w:val="005E773E"/>
    <w:rsid w:val="006205F8"/>
    <w:rsid w:val="00676329"/>
    <w:rsid w:val="00677957"/>
    <w:rsid w:val="00690040"/>
    <w:rsid w:val="00696EED"/>
    <w:rsid w:val="00734353"/>
    <w:rsid w:val="00783369"/>
    <w:rsid w:val="007F7D88"/>
    <w:rsid w:val="008104F5"/>
    <w:rsid w:val="00815077"/>
    <w:rsid w:val="00841ADB"/>
    <w:rsid w:val="008500B0"/>
    <w:rsid w:val="008C6F3F"/>
    <w:rsid w:val="008E7A90"/>
    <w:rsid w:val="008F052A"/>
    <w:rsid w:val="008F0E86"/>
    <w:rsid w:val="0095620D"/>
    <w:rsid w:val="009C2873"/>
    <w:rsid w:val="009D6762"/>
    <w:rsid w:val="00A608FA"/>
    <w:rsid w:val="00A938C5"/>
    <w:rsid w:val="00AA1D8D"/>
    <w:rsid w:val="00AC574C"/>
    <w:rsid w:val="00AF64E2"/>
    <w:rsid w:val="00B07DD8"/>
    <w:rsid w:val="00B47730"/>
    <w:rsid w:val="00B6401E"/>
    <w:rsid w:val="00BF3EDB"/>
    <w:rsid w:val="00BF5504"/>
    <w:rsid w:val="00CB0664"/>
    <w:rsid w:val="00D0633F"/>
    <w:rsid w:val="00D1785C"/>
    <w:rsid w:val="00D22134"/>
    <w:rsid w:val="00D23258"/>
    <w:rsid w:val="00D454A0"/>
    <w:rsid w:val="00DB27C4"/>
    <w:rsid w:val="00DF24B5"/>
    <w:rsid w:val="00E50C85"/>
    <w:rsid w:val="00E701E7"/>
    <w:rsid w:val="00E93DF4"/>
    <w:rsid w:val="00EA6572"/>
    <w:rsid w:val="00F27A17"/>
    <w:rsid w:val="00F53B81"/>
    <w:rsid w:val="00F6232A"/>
    <w:rsid w:val="00F726CD"/>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65DF72"/>
  <w14:defaultImageDpi w14:val="300"/>
  <w15:docId w15:val="{85B21403-17DD-E24B-8FFF-050FC1E5EE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PageNumber">
    <w:name w:val="page number"/>
    <w:basedOn w:val="DefaultParagraphFont"/>
    <w:uiPriority w:val="99"/>
    <w:semiHidden/>
    <w:unhideWhenUsed/>
    <w:rsid w:val="002E6C39"/>
  </w:style>
  <w:style w:type="character" w:styleId="Hyperlink">
    <w:name w:val="Hyperlink"/>
    <w:basedOn w:val="DefaultParagraphFont"/>
    <w:uiPriority w:val="99"/>
    <w:unhideWhenUsed/>
    <w:rsid w:val="00284861"/>
    <w:rPr>
      <w:color w:val="0000FF" w:themeColor="hyperlink"/>
      <w:u w:val="single"/>
    </w:rPr>
  </w:style>
  <w:style w:type="character" w:styleId="UnresolvedMention">
    <w:name w:val="Unresolved Mention"/>
    <w:basedOn w:val="DefaultParagraphFont"/>
    <w:uiPriority w:val="99"/>
    <w:semiHidden/>
    <w:unhideWhenUsed/>
    <w:rsid w:val="002848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directors@topnotchmentality.com" TargetMode="External"/><Relationship Id="rId18" Type="http://schemas.microsoft.com/office/2020/10/relationships/intelligence" Target="intelligence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6</Pages>
  <Words>1204</Words>
  <Characters>6869</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8057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Archina Twitty</cp:lastModifiedBy>
  <cp:revision>11</cp:revision>
  <dcterms:created xsi:type="dcterms:W3CDTF">2025-09-24T16:55:00Z</dcterms:created>
  <dcterms:modified xsi:type="dcterms:W3CDTF">2025-10-09T02:11:00Z</dcterms:modified>
  <cp:category/>
</cp:coreProperties>
</file>